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ИФНС России № [номер] по [наименование региона/города]</w:t>
      </w:r>
    </w:p>
    <w:p>
      <w:pPr>
        <w:jc w:val="right"/>
      </w:pPr>
      <w:r>
        <w:t>Адрес: [адрес инспекции]</w:t>
      </w:r>
    </w:p>
    <w:p>
      <w:pPr>
        <w:jc w:val="right"/>
      </w:pPr>
      <w:r>
        <w:t>От: [ФИО полностью]</w:t>
      </w:r>
    </w:p>
    <w:p>
      <w:pPr>
        <w:jc w:val="right"/>
      </w:pPr>
      <w:r>
        <w:t>ИНН: [ваш ИНН]</w:t>
      </w:r>
    </w:p>
    <w:p>
      <w:pPr>
        <w:jc w:val="right"/>
      </w:pPr>
      <w:r>
        <w:t>Адрес для связи: [ваш индекс, адрес]</w:t>
      </w:r>
    </w:p>
    <w:p>
      <w:pPr>
        <w:jc w:val="right"/>
      </w:pPr>
      <w:r>
        <w:t>Тел.: [ваш телефон]</w:t>
      </w:r>
    </w:p>
    <w:p>
      <w:pPr>
        <w:jc w:val="right"/>
      </w:pPr>
      <w:r>
        <w:t>E-mail: [ваш e-mail]</w:t>
      </w:r>
    </w:p>
    <w:p>
      <w:pPr>
        <w:jc w:val="center"/>
      </w:pPr>
      <w:r>
        <w:rPr>
          <w:b/>
        </w:rPr>
        <w:t>ХОДАТАЙСТВО</w:t>
      </w:r>
    </w:p>
    <w:p>
      <w:r>
        <w:t>о применении смягчающих ответственность обстоятельств</w:t>
      </w:r>
    </w:p>
    <w:p>
      <w:pPr>
        <w:jc w:val="center"/>
      </w:pPr>
      <w:r>
        <w:rPr>
          <w:i/>
        </w:rPr>
        <w:t>(в порядке ст. 112, 114 НК РФ)</w:t>
      </w:r>
    </w:p>
    <w:p/>
    <w:p>
      <w:r>
        <w:t>В отношении меня была проведена [камеральная/выездная] налоговая проверка, по результатам которой составлен Акт № [номер] от [дата] (далее — «Акт»). Согласно Акту, мне вменяется совершение налогового правонарушения по ст. [номер статьи] НК РФ с назначением штрафа в размере [сумма] руб.</w:t>
      </w:r>
    </w:p>
    <w:p/>
    <w:p>
      <w:r>
        <w:t>Настоящим сообщаю, что я признаю факт совершения правонарушения (если применимо), однако прошу учесть наличие следующих смягчающих обстоятельств:</w:t>
      </w:r>
    </w:p>
    <w:p/>
    <w:p>
      <w:pPr>
        <w:pStyle w:val="ListNumber"/>
      </w:pPr>
      <w:r>
        <w:t>1. Совершение правонарушения впервые: ранее к налоговой ответственности я не привлекался.</w:t>
      </w:r>
    </w:p>
    <w:p>
      <w:pPr>
        <w:pStyle w:val="ListNumber"/>
      </w:pPr>
      <w:r>
        <w:t>2. Отсутствие ущерба бюджету: налог и пеня уплачены мною в полном объеме до момента вынесения Решения по проверке (подтверждается квитанцией № [номер] от [дата]).</w:t>
      </w:r>
    </w:p>
    <w:p>
      <w:pPr>
        <w:pStyle w:val="ListNumber"/>
      </w:pPr>
      <w:r>
        <w:t>3. Тяжелое материальное положение: [описать ситуацию: низкий доход, наличие кредитных обязательств, статус безработного].</w:t>
      </w:r>
    </w:p>
    <w:p>
      <w:pPr>
        <w:pStyle w:val="ListNumber"/>
      </w:pPr>
      <w:r>
        <w:t>4. Наличие иждивенцев: на моем содержании находятся [несовершеннолетние дети / престарелые родители / инвалиды].</w:t>
      </w:r>
    </w:p>
    <w:p>
      <w:pPr>
        <w:pStyle w:val="ListNumber"/>
      </w:pPr>
      <w:r>
        <w:t>5. Состояние здоровья: [указать наличие хронических заболеваний, нахождение на стационарном лечении в период совершения нарушения].</w:t>
      </w:r>
    </w:p>
    <w:p>
      <w:pPr>
        <w:pStyle w:val="ListNumber"/>
      </w:pPr>
      <w:r>
        <w:t>6. Несоразмерность штрафа: размер санкции существенно превышает тяжесть совершенного деяния и наносит непоправимый ущерб моему бюджету.</w:t>
      </w:r>
    </w:p>
    <w:p/>
    <w:p>
      <w:r>
        <w:t>На основании вышеизложенного, руководствуясь пп. 3 п. 1 ст. 112, п. 3 ст. 114 НК РФ, Постановлением Пленума ВАС РФ от 30.07.2013 № 57,</w:t>
      </w:r>
    </w:p>
    <w:p/>
    <w:p>
      <w:r>
        <w:rPr>
          <w:b/>
        </w:rPr>
        <w:t>ПРОШУ:</w:t>
      </w:r>
    </w:p>
    <w:p/>
    <w:p>
      <w:r>
        <w:t>Признать вышеуказанные обстоятельства смягчающими ответственность и снизить размер штрафных санкций по Акту № [номер] от [дата] в [указать количество, например: 10 (десять)] раз.</w:t>
      </w:r>
    </w:p>
    <w:p/>
    <w:p>
      <w:r>
        <w:rPr>
          <w:b/>
        </w:rPr>
        <w:t>Приложения:</w:t>
      </w:r>
    </w:p>
    <w:p>
      <w:pPr>
        <w:pStyle w:val="ListNumber"/>
      </w:pPr>
      <w:r>
        <w:t>1. Копия паспорта (1 стр. и прописка).</w:t>
      </w:r>
    </w:p>
    <w:p>
      <w:pPr>
        <w:pStyle w:val="ListNumber"/>
      </w:pPr>
      <w:r>
        <w:t>2. Копия Акта налоговой проверки (фрагмент с расчетом штрафа).</w:t>
      </w:r>
    </w:p>
    <w:p>
      <w:pPr>
        <w:pStyle w:val="ListNumber"/>
      </w:pPr>
      <w:r>
        <w:t>3. Документы, подтверждающие смягчающие обстоятельства (справки о доходах, копии свидетельств о рождении, медицинские справки, платежные документы).</w:t>
      </w:r>
    </w:p>
    <w:p/>
    <w:p>
      <w:r>
        <w:t>«___» __________ 202_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