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t>В ИФНС России № [номер] по [наименование региона/города]</w:t>
      </w:r>
    </w:p>
    <w:p>
      <w:pPr>
        <w:jc w:val="right"/>
      </w:pPr>
      <w:r>
        <w:t>Адрес: [адрес инспекции]</w:t>
      </w:r>
    </w:p>
    <w:p>
      <w:pPr>
        <w:jc w:val="right"/>
      </w:pPr>
      <w:r>
        <w:t>От: [ФИО полностью]</w:t>
      </w:r>
    </w:p>
    <w:p>
      <w:pPr>
        <w:jc w:val="right"/>
      </w:pPr>
      <w:r>
        <w:t>ИНН: [ваш ИНН]</w:t>
      </w:r>
    </w:p>
    <w:p>
      <w:pPr>
        <w:jc w:val="right"/>
      </w:pPr>
      <w:r>
        <w:t>Адрес регистрации: [по паспорту]</w:t>
      </w:r>
    </w:p>
    <w:p>
      <w:pPr>
        <w:jc w:val="right"/>
      </w:pPr>
      <w:r>
        <w:t>Тел: [номер телефона]</w:t>
      </w:r>
    </w:p>
    <w:p>
      <w:pPr>
        <w:jc w:val="right"/>
      </w:pPr>
      <w:r>
        <w:t>E-mail: [адрес почты]</w:t>
      </w:r>
    </w:p>
    <w:p>
      <w:pPr>
        <w:jc w:val="center"/>
      </w:pPr>
      <w:r>
        <w:rPr>
          <w:b/>
        </w:rPr>
        <w:t>ВОЗРАЖЕНИЯ</w:t>
      </w:r>
    </w:p>
    <w:p>
      <w:r>
        <w:t>на дополнение к акту налоговой проверки № [номер] от [дата]</w:t>
      </w:r>
    </w:p>
    <w:p/>
    <w:p>
      <w:r>
        <w:t>В период с [дата] по [дата] в отношении меня проводились дополнительные мероприятия налогового контроля на основании Решения № [номер] от [дата]. По результатам указанных мероприятий составлено Дополнение к акту налоговой проверки № [номер] от [дата] (далее — Дополнение), которое было получено мною [дата].</w:t>
      </w:r>
    </w:p>
    <w:p/>
    <w:p>
      <w:r>
        <w:t>Ознакомившись с материалами дополнительных мероприятий и выводами Дополнения, выражаю свое несогласие с ними по следующим основаниям:</w:t>
      </w:r>
    </w:p>
    <w:p/>
    <w:p>
      <w:pPr>
        <w:pStyle w:val="ListNumber"/>
      </w:pPr>
      <w:r>
        <w:t>1. По существу выявленных «нарушений»:</w:t>
      </w:r>
    </w:p>
    <w:p>
      <w:r>
        <w:t>В Дополнении указано, что [описать новый вывод ИФНС]. Данный вывод не соответствует фактическим обстоятельствам, так как [привести контрдоводы]. Доказательством моих слов является [указать документ: выписки, договоры, справки], прилагаемый к настоящим возражениям.</w:t>
      </w:r>
    </w:p>
    <w:p/>
    <w:p>
      <w:pPr>
        <w:pStyle w:val="ListNumber"/>
      </w:pPr>
      <w:r>
        <w:t>2. Процессуальные нарушения:</w:t>
      </w:r>
    </w:p>
    <w:p>
      <w:r>
        <w:t>При проведении дополнительных мероприятий ИФНС нарушены нормы ст. 101 НК РФ: [например, нарушение срока проведения (более 1 мес.), истребование документов, не относящихся к предмету проверки, или допрос свидетеля с нарушением ст. 90 НК РФ]. Указанные нарушения препятствуют объективному рассмотрению дела.</w:t>
      </w:r>
    </w:p>
    <w:p/>
    <w:p>
      <w:pPr>
        <w:pStyle w:val="ListNumber"/>
      </w:pPr>
      <w:r>
        <w:t>3. Обстоятельства, смягчающие ответственность (при наличии):</w:t>
      </w:r>
    </w:p>
    <w:p>
      <w:r>
        <w:t>На основании ст. 112, 114 НК РФ прошу учесть [перечислить: совершение нарушения впервые, наличие иждивенцев, тяжелое материальное положение и т.д.] для снижения размера налоговых санкций.</w:t>
      </w:r>
    </w:p>
    <w:p/>
    <w:p>
      <w:r>
        <w:t>На основании вышеизложенного, руководствуясь п. 6.2 ст. 101 НК РФ,</w:t>
      </w:r>
    </w:p>
    <w:p/>
    <w:p>
      <w:r>
        <w:rPr>
          <w:b/>
        </w:rPr>
        <w:t>ПРОШУ:</w:t>
      </w:r>
    </w:p>
    <w:p>
      <w:pPr>
        <w:pStyle w:val="ListNumber"/>
      </w:pPr>
      <w:r>
        <w:t>1. Не принимать во внимание выводы, изложенные в Дополнении к акту налоговой проверки от [дата] № [номер].</w:t>
      </w:r>
    </w:p>
    <w:p>
      <w:pPr>
        <w:pStyle w:val="ListNumber"/>
      </w:pPr>
      <w:r>
        <w:t>2. Отказать в привлечении к налоговой ответственности (либо рассмотреть вопрос о снижении штрафных санкций в [число] раз).</w:t>
      </w:r>
    </w:p>
    <w:p>
      <w:pPr>
        <w:pStyle w:val="ListNumber"/>
      </w:pPr>
      <w:r>
        <w:t>3. Принять решение об отказе в доначислении налога в размере [сумма] руб.</w:t>
      </w:r>
    </w:p>
    <w:p/>
    <w:p>
      <w:r>
        <w:rPr>
          <w:b/>
        </w:rPr>
        <w:t>Приложения:</w:t>
      </w:r>
    </w:p>
    <w:p>
      <w:pPr>
        <w:pStyle w:val="ListNumber"/>
      </w:pPr>
      <w:r>
        <w:t>1. Копии документов, подтверждающих возражения (на [количество] листах).</w:t>
      </w:r>
    </w:p>
    <w:p>
      <w:pPr>
        <w:pStyle w:val="ListNumber"/>
      </w:pPr>
      <w:r>
        <w:t>2. Копия доверенности (если подает представитель).</w:t>
      </w:r>
    </w:p>
    <w:p/>
    <w:p>
      <w:r>
        <w:t>«___» __________ 20__ г.        ____________ / [ФИО]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category/>
</cp:coreProperties>
</file>