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№____</w:t>
      </w:r>
    </w:p>
    <w:p>
      <w:pPr>
        <w:jc w:val="right"/>
      </w:pPr>
      <w:r>
        <w:t>по г. __________</w:t>
      </w:r>
    </w:p>
    <w:p>
      <w:pPr>
        <w:jc w:val="right"/>
      </w:pPr>
      <w:r>
        <w:t>_________________________________</w:t>
      </w:r>
    </w:p>
    <w:p>
      <w:pPr>
        <w:jc w:val="right"/>
      </w:pPr>
      <w:r>
        <w:t>(адрес инспекции)</w:t>
      </w:r>
    </w:p>
    <w:p>
      <w:pPr>
        <w:jc w:val="right"/>
      </w:pPr>
      <w:r>
        <w:t>от ______________________________</w:t>
      </w:r>
    </w:p>
    <w:p>
      <w:pPr>
        <w:jc w:val="right"/>
      </w:pPr>
      <w:r>
        <w:t>(ФИО налогоплательщика)</w:t>
      </w:r>
    </w:p>
    <w:p>
      <w:pPr>
        <w:jc w:val="right"/>
      </w:pPr>
      <w:r>
        <w:t>ИНН: ____________________________</w:t>
      </w:r>
    </w:p>
    <w:p>
      <w:pPr>
        <w:jc w:val="right"/>
      </w:pPr>
      <w:r>
        <w:t>Адрес для связи: ________________</w:t>
      </w:r>
    </w:p>
    <w:p>
      <w:pPr>
        <w:jc w:val="right"/>
      </w:pPr>
      <w:r>
        <w:t>Тел.: ___________________________</w:t>
      </w:r>
    </w:p>
    <w:p>
      <w:pPr>
        <w:jc w:val="right"/>
      </w:pPr>
      <w:r>
        <w:t>ЛКН: (указать, если подается через ЛК)</w:t>
      </w:r>
    </w:p>
    <w:p>
      <w:pPr>
        <w:jc w:val="center"/>
      </w:pPr>
      <w:r>
        <w:rPr>
          <w:b/>
        </w:rPr>
        <w:t>ЗАМЕЧАНИЯ</w:t>
      </w:r>
    </w:p>
    <w:p>
      <w:r>
        <w:t>на протокол № ___ от «___» _________ 20___ г.</w:t>
      </w:r>
    </w:p>
    <w:p>
      <w:pPr>
        <w:jc w:val="center"/>
      </w:pPr>
      <w:r>
        <w:rPr>
          <w:i/>
        </w:rPr>
        <w:t>(рассмотрения материалов проверки / иного налогового действия)</w:t>
      </w:r>
    </w:p>
    <w:p/>
    <w:p>
      <w:r>
        <w:t>На основании п. 4 ст. 99, п. 4 ст. 101 и пп. 7 п. 1 ст. 21 НК РФ, заявляю замечания на Протокол № ____ от «___» _________ 20___ г., составленный _____________________________________________________ (должность, ФИО должностного лица) в ходе ___________________________________________________ (указать действие: рассмотрение материалов камеральной/выездной проверки, допрос, осмотр).</w:t>
      </w:r>
    </w:p>
    <w:p/>
    <w:p>
      <w:r>
        <w:t>Копия протокола получена мной «___» _________ 20___ г.</w:t>
      </w:r>
    </w:p>
    <w:p/>
    <w:p>
      <w:r>
        <w:t>При ознакомлении с текстом протокола выявлены несоответствия фактическим обстоятельствам и неполнота отражения информации:</w:t>
      </w:r>
    </w:p>
    <w:p/>
    <w:p>
      <w:pPr>
        <w:pStyle w:val="ListNumber"/>
      </w:pPr>
      <w:r>
        <w:t>1. Отражение фактических обстоятельств (искажение данных):</w:t>
      </w:r>
    </w:p>
    <w:p>
      <w:pPr>
        <w:pStyle w:val="ListBullet"/>
      </w:pPr>
      <w:r>
        <w:t>В протоколе (стр. ___, абз. ___) указано: «_________________________________________________».</w:t>
      </w:r>
    </w:p>
    <w:p>
      <w:pPr>
        <w:pStyle w:val="ListBullet"/>
      </w:pPr>
      <w:r>
        <w:t>В действительности имело место следующее: «_______________________________________________».</w:t>
      </w:r>
    </w:p>
    <w:p/>
    <w:p>
      <w:pPr>
        <w:pStyle w:val="ListNumber"/>
      </w:pPr>
      <w:r>
        <w:t>2. Неполнота протокола (неотраженные сведения/ходатайства):</w:t>
      </w:r>
    </w:p>
    <w:p>
      <w:pPr>
        <w:pStyle w:val="ListBullet"/>
      </w:pPr>
      <w:r>
        <w:t>В ходе налогового действия мной были даны следующие устные пояснения: ______________________, которые не были включены в протокол.</w:t>
      </w:r>
    </w:p>
    <w:p>
      <w:pPr>
        <w:pStyle w:val="ListBullet"/>
      </w:pPr>
      <w:r>
        <w:t>Мной было заявлено ходатайство о ________________________________________________________ (например, о применении ст. 112 НК РФ и снижении штрафа), запись о котором в протоколе отсутствует.</w:t>
      </w:r>
    </w:p>
    <w:p>
      <w:pPr>
        <w:pStyle w:val="ListBullet"/>
      </w:pPr>
      <w:r>
        <w:t>Мной были представлены следующие документы: ____________________________________________, факт передачи которых не зафиксирован.</w:t>
      </w:r>
    </w:p>
    <w:p/>
    <w:p>
      <w:pPr>
        <w:pStyle w:val="ListNumber"/>
      </w:pPr>
      <w:r>
        <w:t>3. Процессуальные нарушения (если были):</w:t>
      </w:r>
    </w:p>
    <w:p>
      <w:pPr>
        <w:pStyle w:val="ListBullet"/>
      </w:pPr>
      <w:r>
        <w:t>(например: отказ в ознакомлении с материалами, отказ в приобщении документов, ведение протокола не с начала действия).</w:t>
      </w:r>
    </w:p>
    <w:p/>
    <w:p>
      <w:r>
        <w:t>На основании изложенного, в соответствии с п. 4 ст. 99 НК РФ,</w:t>
      </w:r>
    </w:p>
    <w:p/>
    <w:p>
      <w:r>
        <w:rPr>
          <w:b/>
        </w:rPr>
        <w:t>ПРОШУ:</w:t>
      </w:r>
    </w:p>
    <w:p>
      <w:r>
        <w:t>Приобщить данные замечания к указанному протоколу и материалам налоговой проверки для их учета при вынесении итогового решения по результатам проверки.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протокола (с отметкой «с замечаниями» — при наличии).</w:t>
      </w:r>
    </w:p>
    <w:p>
      <w:pPr>
        <w:pStyle w:val="ListNumber"/>
      </w:pPr>
      <w:r>
        <w:t>2. Документы, подтверждающие фактические обстоятельства (на ___ л.).</w:t>
      </w:r>
    </w:p>
    <w:p>
      <w:pPr>
        <w:pStyle w:val="ListNumber"/>
      </w:pPr>
      <w:r>
        <w:t>3. Аудиозапись на электронном носителе (если велась и инспектор был уведомлен).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