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Руководителю ИФНС России №____</w:t>
      </w:r>
    </w:p>
    <w:p>
      <w:pPr>
        <w:jc w:val="right"/>
      </w:pPr>
      <w:r>
        <w:t>по ___________________________</w:t>
      </w:r>
    </w:p>
    <w:p>
      <w:pPr>
        <w:jc w:val="right"/>
      </w:pPr>
      <w:r>
        <w:t>(наименование региона/города)</w:t>
      </w:r>
    </w:p>
    <w:p>
      <w:pPr>
        <w:jc w:val="right"/>
      </w:pPr>
      <w:r>
        <w:t>от ___________________________</w:t>
      </w:r>
    </w:p>
    <w:p>
      <w:pPr>
        <w:jc w:val="right"/>
      </w:pPr>
      <w:r>
        <w:t>(ФИО налогоплательщика полностью)</w:t>
      </w:r>
    </w:p>
    <w:p>
      <w:pPr>
        <w:jc w:val="right"/>
      </w:pPr>
      <w:r>
        <w:t>ИНН: _________________________</w:t>
      </w:r>
    </w:p>
    <w:p>
      <w:pPr>
        <w:jc w:val="right"/>
      </w:pPr>
      <w:r>
        <w:t>Адрес для извещений: __________</w:t>
      </w:r>
    </w:p>
    <w:p>
      <w:pPr>
        <w:jc w:val="right"/>
      </w:pPr>
      <w:r>
        <w:t>______________________________</w:t>
      </w:r>
    </w:p>
    <w:p>
      <w:pPr>
        <w:jc w:val="right"/>
      </w:pPr>
      <w:r>
        <w:t>Тел.: _________________________</w:t>
      </w:r>
    </w:p>
    <w:p>
      <w:pPr>
        <w:jc w:val="right"/>
      </w:pPr>
      <w:r>
        <w:t>E-mail / Личный кабинет: _______</w:t>
      </w:r>
    </w:p>
    <w:p>
      <w:pPr>
        <w:jc w:val="center"/>
      </w:pPr>
      <w:r>
        <w:rPr>
          <w:b/>
        </w:rPr>
        <w:t>ХОДАТАЙСТВО</w:t>
      </w:r>
    </w:p>
    <w:p>
      <w:r>
        <w:t>о личном участии в рассмотрении материалов налоговой проверки</w:t>
      </w:r>
    </w:p>
    <w:p>
      <w:pPr>
        <w:jc w:val="center"/>
      </w:pPr>
      <w:r>
        <w:rPr>
          <w:i/>
        </w:rPr>
        <w:t>(в порядке п. 2 ст. 101 НК РФ)</w:t>
      </w:r>
    </w:p>
    <w:p/>
    <w:p>
      <w:r>
        <w:t>В производстве ИФНС России №___ находятся материалы налоговой проверки в отношении вышеуказанного налогоплательщика, по результатам которой составлен Акт № ____ от «___» _________ 20___ г.</w:t>
      </w:r>
    </w:p>
    <w:p/>
    <w:p>
      <w:r>
        <w:t>На основании п. 2 ст. 101 НК РФ, прошу обеспечить моё право на личное участие в процессе рассмотрения материалов указанной проверки, а также право на участие моего представителя.</w:t>
      </w:r>
    </w:p>
    <w:p/>
    <w:p>
      <w:r>
        <w:t>Форма участия (отметить нужное):</w:t>
      </w:r>
    </w:p>
    <w:p>
      <w:r>
        <w:t>[ ] Лично (по паспорту)</w:t>
      </w:r>
    </w:p>
    <w:p>
      <w:r>
        <w:t>[ ] Через представителя (по нотариальной доверенности)</w:t>
      </w:r>
    </w:p>
    <w:p>
      <w:r>
        <w:t>[ ] С использованием видео-конференц-связи (ВКС)</w:t>
      </w:r>
    </w:p>
    <w:p/>
    <w:p>
      <w:r>
        <w:t>Данные представителя (если применимо):</w:t>
      </w:r>
    </w:p>
    <w:p>
      <w:r>
        <w:t>ФИО: ___________________________________________________________</w:t>
      </w:r>
    </w:p>
    <w:p>
      <w:r>
        <w:t>Реквизиты нотариальной доверенности: № ________ от «___» _________ 20___ г.</w:t>
      </w:r>
    </w:p>
    <w:p/>
    <w:p>
      <w:r>
        <w:t>Дополнительно, на основании п. 2 ст. 101 НК РФ, прошу предоставить возможность ознакомления со всеми материалами проверки и материалами дополнительных мероприятий налогового контроля (в случае их проведения) не позднее чем за 2 рабочих дня до даты рассмотрения.</w:t>
      </w:r>
    </w:p>
    <w:p/>
    <w:p>
      <w:r>
        <w:t>Извещение о времени и месте рассмотрения материалов прошу направить (выбрать приоритетный способ):</w:t>
      </w:r>
    </w:p>
    <w:p>
      <w:r>
        <w:t>[ ] в Личный кабинет налогоплательщика;</w:t>
      </w:r>
    </w:p>
    <w:p>
      <w:r>
        <w:t>[ ] по адресу электронной почты: ____________________;</w:t>
      </w:r>
    </w:p>
    <w:p>
      <w:r>
        <w:t>[ ] СМС-сообщением по номеру: ______________________.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нотариальной доверенности представителя (если участие через представителя).</w:t>
      </w:r>
    </w:p>
    <w:p>
      <w:pPr>
        <w:pStyle w:val="ListNumber"/>
      </w:pPr>
      <w:r>
        <w:t>2. Копия паспорта (первая страница) представителя.</w:t>
      </w:r>
    </w:p>
    <w:p/>
    <w:p>
      <w:r>
        <w:t>Дата: «___» ____________ 20___ г.</w:t>
      </w:r>
    </w:p>
    <w:p/>
    <w:p>
      <w:r>
        <w:t>Подпись: _____________ / _________________________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