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[наименование/код налогового органа]</w:t>
      </w:r>
    </w:p>
    <w:p>
      <w:pPr>
        <w:jc w:val="right"/>
      </w:pPr>
      <w:r>
        <w:t>От: [ФИО налогоплательщика полностью]</w:t>
      </w:r>
    </w:p>
    <w:p>
      <w:pPr>
        <w:jc w:val="right"/>
      </w:pPr>
      <w:r>
        <w:t>ИНН: [ИНН]</w:t>
      </w:r>
    </w:p>
    <w:p>
      <w:pPr>
        <w:jc w:val="right"/>
      </w:pPr>
      <w:r>
        <w:t>Адрес для связи: [адрес, индекс]</w:t>
      </w:r>
    </w:p>
    <w:p>
      <w:pPr>
        <w:jc w:val="right"/>
      </w:pPr>
      <w:r>
        <w:t>Тел.: [телефон]</w:t>
      </w:r>
    </w:p>
    <w:p>
      <w:pPr>
        <w:jc w:val="center"/>
      </w:pPr>
      <w:r>
        <w:rPr>
          <w:b/>
        </w:rPr>
        <w:t>УВЕДОМЛЕНИЕ</w:t>
      </w:r>
    </w:p>
    <w:p>
      <w:r>
        <w:t>о невозможности представления в установленные сроки документов (информации)</w:t>
      </w:r>
    </w:p>
    <w:p>
      <w:pPr>
        <w:jc w:val="center"/>
      </w:pPr>
      <w:r>
        <w:rPr>
          <w:i/>
        </w:rPr>
        <w:t>(форма по КНД 1125045)</w:t>
      </w:r>
    </w:p>
    <w:p/>
    <w:p>
      <w:r>
        <w:t>В соответствии с пунктом 3 статьи 93 / пунктом 5 статьи 93.1 НК РФ уведомляю о невозможности представления документов (информации), истребованных Требованием № [номер] от [дата], полученным мною [дата получения], в установленный срок.</w:t>
      </w:r>
    </w:p>
    <w:p/>
    <w:p>
      <w:pPr>
        <w:pStyle w:val="ListNumber"/>
      </w:pPr>
      <w:r>
        <w:t>1. Сведения о документах (информации), которые не могут быть представлены в срок:</w:t>
      </w:r>
    </w:p>
    <w:p>
      <w:r>
        <w:rPr>
          <w:i/>
        </w:rPr>
        <w:t>[перечислить пункты из требования или указать «все документы, указанные в требовании»]</w:t>
      </w:r>
    </w:p>
    <w:p/>
    <w:p>
      <w:pPr>
        <w:pStyle w:val="ListNumber"/>
      </w:pPr>
      <w:r>
        <w:t>2. Причина невозможности представления в срок:</w:t>
      </w:r>
    </w:p>
    <w:p>
      <w:r>
        <w:t>[выбрать нужное:</w:t>
      </w:r>
    </w:p>
    <w:p>
      <w:pPr>
        <w:pStyle w:val="ListBullet"/>
      </w:pPr>
      <w:r>
        <w:t>значительный объем запрашиваемых документов (указать количество листов);</w:t>
      </w:r>
    </w:p>
    <w:p>
      <w:pPr>
        <w:pStyle w:val="ListBullet"/>
      </w:pPr>
      <w:r>
        <w:t>временное отсутствие налогоплательщика по месту жительства (командировка, отпуск, болезнь);</w:t>
      </w:r>
    </w:p>
    <w:p>
      <w:pPr>
        <w:pStyle w:val="ListBullet"/>
      </w:pPr>
      <w:r>
        <w:t>нахождение оригиналов документов у третьих лиц (нотариус, суд, банк);</w:t>
      </w:r>
    </w:p>
    <w:p>
      <w:pPr>
        <w:pStyle w:val="ListBullet"/>
      </w:pPr>
      <w:r>
        <w:t>необходимость восстановления документов после [указать причину утраты].]</w:t>
      </w:r>
    </w:p>
    <w:p/>
    <w:p>
      <w:pPr>
        <w:pStyle w:val="ListNumber"/>
      </w:pPr>
      <w:r>
        <w:t>3. Срок, в который документы (информация) могут быть представлены:</w:t>
      </w:r>
    </w:p>
    <w:p>
      <w:r>
        <w:t>Не позднее «___» __________ 20__ г.</w:t>
      </w:r>
    </w:p>
    <w:p/>
    <w:p>
      <w:r>
        <w:t>Правовое основание: ст. 93, 93.1 Налогового кодекса РФ, Приказ ФНС России от 21.02.2024 № СД-7-2/148@.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требования № [номер] от [дата].</w:t>
      </w:r>
    </w:p>
    <w:p>
      <w:pPr>
        <w:pStyle w:val="ListNumber"/>
      </w:pPr>
      <w:r>
        <w:t>2. [Документы, подтверждающие причину задержки: справка о болезни, копия авиабилетов, приказ о командировке и т.д.].</w:t>
      </w:r>
    </w:p>
    <w:p/>
    <w:p>
      <w:r>
        <w:t>«___» __________ 20__ г.        ____________ / [ФИО заявителя]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