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суда, вынесшего решение по 1 инстанции]</w:t>
      </w:r>
    </w:p>
    <w:p>
      <w:pPr>
        <w:jc w:val="right"/>
      </w:pPr>
      <w:r>
        <w:t>Адрес: [адрес суда]</w:t>
      </w:r>
    </w:p>
    <w:p>
      <w:pPr>
        <w:jc w:val="right"/>
      </w:pPr>
      <w:r>
        <w:t>Административный ответчик (Заявитель):</w:t>
      </w:r>
    </w:p>
    <w:p>
      <w:pPr>
        <w:jc w:val="right"/>
      </w:pPr>
      <w:r>
        <w:t>[ФИО]</w:t>
      </w:r>
    </w:p>
    <w:p>
      <w:pPr>
        <w:jc w:val="right"/>
      </w:pPr>
      <w:r>
        <w:t>ИНН: [ИНН]</w:t>
      </w:r>
    </w:p>
    <w:p>
      <w:pPr>
        <w:jc w:val="right"/>
      </w:pPr>
      <w:r>
        <w:t>Паспорт: [серия, номер, кем выдан]</w:t>
      </w:r>
    </w:p>
    <w:p>
      <w:pPr>
        <w:jc w:val="right"/>
      </w:pPr>
      <w:r>
        <w:t>Адрес регистрации: [адрес]</w:t>
      </w:r>
    </w:p>
    <w:p>
      <w:pPr>
        <w:jc w:val="right"/>
      </w:pPr>
      <w:r>
        <w:t>Тел.: [телефон], e-mail: [адрес]</w:t>
      </w:r>
    </w:p>
    <w:p>
      <w:pPr>
        <w:jc w:val="right"/>
      </w:pPr>
      <w:r>
        <w:t>Административный истец (Взыскатель):</w:t>
      </w:r>
    </w:p>
    <w:p>
      <w:pPr>
        <w:jc w:val="right"/>
      </w:pPr>
      <w:r>
        <w:t>ИФНС России № [номер] по [наименование субъекта/города]</w:t>
      </w:r>
    </w:p>
    <w:p>
      <w:pPr>
        <w:jc w:val="right"/>
      </w:pPr>
      <w:r>
        <w:t>Адрес: [адрес инспекции]</w:t>
      </w:r>
    </w:p>
    <w:p>
      <w:pPr>
        <w:jc w:val="right"/>
      </w:pPr>
      <w:r>
        <w:t>Дело № [номер дела в суде 1 инстанции]</w:t>
      </w:r>
    </w:p>
    <w:p>
      <w:pPr>
        <w:jc w:val="center"/>
      </w:pPr>
      <w:r>
        <w:rPr>
          <w:b/>
        </w:rPr>
        <w:t>ЗАЯВЛЕНИЕ</w:t>
      </w:r>
    </w:p>
    <w:p>
      <w:r>
        <w:t>о повороте исполнения судебного акта</w:t>
      </w:r>
    </w:p>
    <w:p/>
    <w:p>
      <w:r>
        <w:t>Решением [наименование суда] от «___» ________ 20__ г. по делу № [номер] с [ФИО заявителя] в пользу ИФНС России № [номер] взыскана задолженность по [указать налог/пени/штраф] в размере [сумма] руб.</w:t>
      </w:r>
    </w:p>
    <w:p>
      <w:r>
        <w:t>Данное решение было исполнено «___» ________ 20__ г., что подтверждается [указать документ: платежное поручение №, выписка по счету, постановление ФССП о прекращении ИП в связи с исполнением]. Всего взыскано: [сумма] руб.</w:t>
      </w:r>
    </w:p>
    <w:p/>
    <w:p>
      <w:r>
        <w:t>Апелляционным определением [наименование суда апелляционной инстанции] (или Кассационным определением) от «___» ________ 20__ г. указанное выше Решение суда отменено полностью/в части. Принят новый судебный акт [указать суть: об отказе в удовлетворении требований ИФНС / об уменьшении суммы взыскания].</w:t>
      </w:r>
    </w:p>
    <w:p/>
    <w:p>
      <w:r>
        <w:t>Согласно ст. 361 КАС РФ, в случае отмены исполненного судебного акта и принятия нового судебного акта об отказе в административном иске полностью или в части административному ответчику возвращается все то, что было взыскано с него в пользу административного истца по отмененному судебному акту.</w:t>
      </w:r>
    </w:p>
    <w:p/>
    <w:p>
      <w:r>
        <w:t>На основании глав 37, 38 (ст. 361–362)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Произвести поворот исполнения Решения [наименование суда] от «___» ________ 20__ г. по делу № [номер].</w:t>
      </w:r>
    </w:p>
    <w:p>
      <w:pPr>
        <w:pStyle w:val="ListNumber"/>
      </w:pPr>
      <w:r>
        <w:t>2. Взыскать с ИФНС России № [номер] в пользу [ФИО заявителя] денежные средства, излишне взысканные по отмененному судебному акту, в размере [сумма цифрами и прописью] руб.</w:t>
      </w:r>
    </w:p>
    <w:p>
      <w:pPr>
        <w:pStyle w:val="ListNumber"/>
      </w:pPr>
      <w:r>
        <w:t>3. Выдать исполнительный лист на возврат денежных средств.</w:t>
      </w:r>
    </w:p>
    <w:p/>
    <w:p>
      <w:r>
        <w:t>Денежные средства прошу перечислить по следующим реквизитам:</w:t>
      </w:r>
    </w:p>
    <w:p>
      <w:r>
        <w:t>Получатель: [ФИО полностью]</w:t>
      </w:r>
    </w:p>
    <w:p>
      <w:r>
        <w:t>Банк получателя: [наименование банка]</w:t>
      </w:r>
    </w:p>
    <w:p>
      <w:r>
        <w:t>БИК: [номер]</w:t>
      </w:r>
    </w:p>
    <w:p>
      <w:r>
        <w:t>К/с: [номер]</w:t>
      </w:r>
    </w:p>
    <w:p>
      <w:r>
        <w:t>Р/с: [номер]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апелляционного/кассационного определения (заверенная судом или распечатанная из системы «ГАС Правосудие»).</w:t>
      </w:r>
    </w:p>
    <w:p>
      <w:pPr>
        <w:pStyle w:val="ListNumber"/>
      </w:pPr>
      <w:r>
        <w:t>2. Документы, подтверждающие факт исполнения решения (платежное поручение, справка из банка или от судебных приставов).</w:t>
      </w:r>
    </w:p>
    <w:p>
      <w:pPr>
        <w:pStyle w:val="ListNumber"/>
      </w:pPr>
      <w:r>
        <w:t>3. Копия документа, подтверждающего направление копии заявления в ИФНС (почтовая опись/уведомление).</w:t>
      </w:r>
    </w:p>
    <w:p/>
    <w:p>
      <w:r>
        <w:t>«___» __________ 20__ г.        ____________ / [ФИО заявителя]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