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[наименование вышестоящего суда — апелляционной инстанции]</w:t>
      </w:r>
    </w:p>
    <w:p>
      <w:pPr>
        <w:jc w:val="right"/>
      </w:pPr>
      <w:r>
        <w:t>(например: Московский городской суд / Судебная коллегия по административным делам)</w:t>
      </w:r>
    </w:p>
    <w:p>
      <w:pPr>
        <w:jc w:val="right"/>
      </w:pPr>
      <w:r>
        <w:t>Через: [наименование суда первой инстанции, вынесшего определение]</w:t>
      </w:r>
    </w:p>
    <w:p>
      <w:pPr>
        <w:jc w:val="right"/>
      </w:pPr>
      <w:r>
        <w:t>(например: Пресненский районный суд г. Москвы)</w:t>
      </w:r>
    </w:p>
    <w:p>
      <w:pPr>
        <w:jc w:val="right"/>
      </w:pPr>
      <w:r>
        <w:t>От: [ФИО заявителя]</w:t>
      </w:r>
    </w:p>
    <w:p>
      <w:pPr>
        <w:jc w:val="right"/>
      </w:pPr>
      <w:r>
        <w:t>Адрес регистрации: [адрес]</w:t>
      </w:r>
    </w:p>
    <w:p>
      <w:pPr>
        <w:jc w:val="right"/>
      </w:pPr>
      <w:r>
        <w:t>Адрес для корреспонденции: [указать, если отличается]</w:t>
      </w:r>
    </w:p>
    <w:p>
      <w:pPr>
        <w:jc w:val="right"/>
      </w:pPr>
      <w:r>
        <w:t>ИНН: [номер]</w:t>
      </w:r>
    </w:p>
    <w:p>
      <w:pPr>
        <w:jc w:val="right"/>
      </w:pPr>
      <w:r>
        <w:t>СНИЛС: [номер]</w:t>
      </w:r>
    </w:p>
    <w:p>
      <w:pPr>
        <w:jc w:val="right"/>
      </w:pPr>
      <w:r>
        <w:t>Тел.: [номер телефона]</w:t>
      </w:r>
    </w:p>
    <w:p>
      <w:pPr>
        <w:jc w:val="right"/>
      </w:pPr>
      <w:r>
        <w:t>E-mail: [адрес]</w:t>
      </w:r>
    </w:p>
    <w:p>
      <w:pPr>
        <w:jc w:val="right"/>
      </w:pPr>
      <w:r>
        <w:t>Административное дело № [номер дела в первой инстанции]</w:t>
      </w:r>
    </w:p>
    <w:p>
      <w:pPr>
        <w:jc w:val="center"/>
      </w:pPr>
      <w:r>
        <w:rPr>
          <w:b/>
        </w:rPr>
        <w:t>ЧАСТНАЯ ЖАЛОБА</w:t>
      </w:r>
    </w:p>
    <w:p>
      <w:r>
        <w:t>на определение суда по административному делу</w:t>
      </w:r>
    </w:p>
    <w:p/>
    <w:p>
      <w:r>
        <w:t>«___» __________ 20__ года [наименование суда первой инстанции] по административному делу № [номер] по иску [ФИО истца] к [наименование ИФНС] о [предмет иска] было вынесено определение о [указать суть определения, например: возврате административного искового заявления / оставлении без движения].</w:t>
      </w:r>
    </w:p>
    <w:p/>
    <w:p>
      <w:r>
        <w:t>Заявитель считает указанное определение незаконным, необоснованным и подлежащим отмене по следующим основаниям:</w:t>
      </w:r>
    </w:p>
    <w:p>
      <w:r>
        <w:t>[Описать, в чем заключается ошибка суда. Ссылаться на конкретные факты и нормы КАС РФ. Например: «Суд указал на отсутствие документа об уплате госпошлины, однако в материалах дела на листе ____ имеется платежное поручение №___»].</w:t>
      </w:r>
    </w:p>
    <w:p/>
    <w:p>
      <w:r>
        <w:t>Выводы суда, изложенные в определении, не соответствуют обстоятельствам административного дела, а также судом [нарушены / неправильно применены] нормы процессуального права, а именно: [указать статьи КАС РФ].</w:t>
      </w:r>
    </w:p>
    <w:p/>
    <w:p>
      <w:r>
        <w:t>Нарушение выразилось в [описание нарушения прав заявителя, например: создание препятствий в доступе к правосудию].</w:t>
      </w:r>
    </w:p>
    <w:p/>
    <w:p>
      <w:r>
        <w:t>На основании изложенного, руководствуясь статьями 202, 313–317 КАС РФ,</w:t>
      </w:r>
    </w:p>
    <w:p/>
    <w:p>
      <w:r>
        <w:rPr>
          <w:b/>
        </w:rPr>
        <w:t>ПРОШУ:</w:t>
      </w:r>
    </w:p>
    <w:p/>
    <w:p>
      <w:pPr>
        <w:pStyle w:val="ListNumber"/>
      </w:pPr>
      <w:r>
        <w:t>1. Определение [наименование суда первой инстанции] от «___» __________ 20__ года по делу № [номер] о [суть определения] отменить полностью.</w:t>
      </w:r>
    </w:p>
    <w:p>
      <w:pPr>
        <w:pStyle w:val="ListNumber"/>
      </w:pPr>
      <w:r>
        <w:t>2. Разрешить вопрос по существу: [указать требуемое действие, например: направить административное исковое заявление в суд первой инстанции для принятия к производству].</w:t>
      </w:r>
    </w:p>
    <w:p/>
    <w:p>
      <w:r>
        <w:rPr>
          <w:b/>
        </w:rPr>
        <w:t>Приложения:</w:t>
      </w:r>
    </w:p>
    <w:p>
      <w:pPr>
        <w:pStyle w:val="ListNumber"/>
      </w:pPr>
      <w:r>
        <w:t>1. Копия обжалуемого определения суда (желательно).</w:t>
      </w:r>
    </w:p>
    <w:p>
      <w:pPr>
        <w:pStyle w:val="ListNumber"/>
      </w:pPr>
      <w:r>
        <w:t>2. Документы, подтверждающие направление копии частной жалобы другим лицам, участвующим в деле (почтовая квитанция и опись вложения).</w:t>
      </w:r>
    </w:p>
    <w:p>
      <w:pPr>
        <w:pStyle w:val="ListNumber"/>
      </w:pPr>
      <w:r>
        <w:t>3. Документы, подтверждающие доводы жалобы.</w:t>
      </w:r>
    </w:p>
    <w:p>
      <w:pPr>
        <w:pStyle w:val="ListNumber"/>
      </w:pPr>
      <w:r>
        <w:t>4. Доверенность (если подает представитель) и копия диплома о высшем юридическом образовании представителя.</w:t>
      </w:r>
    </w:p>
    <w:p/>
    <w:p>
      <w:r>
        <w:t>«___» __________ 20__ г.        ____________ / [ФИО заявителя]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