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суда]</w:t>
      </w:r>
    </w:p>
    <w:p>
      <w:pPr>
        <w:jc w:val="right"/>
      </w:pPr>
      <w:r>
        <w:t>Адрес: [адрес суда]</w:t>
      </w:r>
    </w:p>
    <w:p>
      <w:pPr>
        <w:jc w:val="right"/>
      </w:pPr>
      <w:r>
        <w:t>Административный истец: [ФИО]</w:t>
      </w:r>
    </w:p>
    <w:p>
      <w:pPr>
        <w:jc w:val="right"/>
      </w:pPr>
      <w:r>
        <w:t>ИНН: [номер]</w:t>
      </w:r>
    </w:p>
    <w:p>
      <w:pPr>
        <w:jc w:val="right"/>
      </w:pPr>
      <w:r>
        <w:t>Адрес регистрации: [адрес]</w:t>
      </w:r>
    </w:p>
    <w:p>
      <w:pPr>
        <w:jc w:val="right"/>
      </w:pPr>
      <w:r>
        <w:t>Тел.: [номер телефона]</w:t>
      </w:r>
    </w:p>
    <w:p>
      <w:pPr>
        <w:jc w:val="right"/>
      </w:pPr>
      <w:r>
        <w:t>Административный ответчик: [Наименование ИФНС]</w:t>
      </w:r>
    </w:p>
    <w:p>
      <w:pPr>
        <w:jc w:val="right"/>
      </w:pPr>
      <w:r>
        <w:t>К делу № [номер, если уже присвоен]</w:t>
      </w:r>
    </w:p>
    <w:p>
      <w:pPr>
        <w:jc w:val="center"/>
      </w:pPr>
      <w:r>
        <w:rPr>
          <w:b/>
        </w:rPr>
        <w:t>ХОДАТАЙСТВО</w:t>
      </w:r>
    </w:p>
    <w:p>
      <w:r>
        <w:t>об [освобождении от уплаты / предоставлении отсрочки / рассрочки] государственной пошлины</w:t>
      </w:r>
    </w:p>
    <w:p/>
    <w:p>
      <w:r>
        <w:t>Мною подается в [наименование суда] административное исковое заявление [суть иска].</w:t>
      </w:r>
    </w:p>
    <w:p>
      <w:r>
        <w:t>Согласно ст. 333.19 НК РФ размер государственной пошлины составляет [сумма] руб.</w:t>
      </w:r>
    </w:p>
    <w:p>
      <w:r>
        <w:t>В настоящее время мое имущественное положение не позволяет мне единовременно оплатить государственную пошлину в полном объеме в связи с [причина: низкий уровень дохода, нахождение на иждивении детей, дорогостоящее лечение, отсутствие работы и т.д.].</w:t>
      </w:r>
    </w:p>
    <w:p>
      <w:r>
        <w:t>Мой ежемесячный доход составляет [сумма] руб., при этом обязательные расходы (аренда жилья, кредиты, содержание детей) составляют [сумма] руб., что подтверждается прилагаемыми документами.</w:t>
      </w:r>
    </w:p>
    <w:p/>
    <w:p>
      <w:r>
        <w:t>На основании п. 2 ст. 333.20, ст. 333.41 НК РФ, ст. 104 КАС РФ,</w:t>
      </w:r>
    </w:p>
    <w:p/>
    <w:p>
      <w:r>
        <w:rPr>
          <w:b/>
        </w:rPr>
        <w:t>ПРОШУ:</w:t>
      </w:r>
    </w:p>
    <w:p>
      <w:r>
        <w:t>[Вариант 1] Освободить меня от уплаты государственной пошлины в размере [сумма] руб. в связи с тяжелым имущественным положением.</w:t>
      </w:r>
    </w:p>
    <w:p>
      <w:r>
        <w:t>[Вариант 2] Предоставить мне отсрочку по уплате государственной пошлины в размере [сумма] руб. до момента вынесения решения суда по делу.</w:t>
      </w:r>
    </w:p>
    <w:p>
      <w:r>
        <w:t>[Вариант 3] Уменьшить размер государственной пошлины до [сумма] руб.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Справка о доходах (2-НДФЛ или справка о размере пенсии) за последние 6-12 месяцев.</w:t>
      </w:r>
    </w:p>
    <w:p>
      <w:pPr>
        <w:pStyle w:val="ListNumber"/>
      </w:pPr>
      <w:r>
        <w:t>2. Справка из ИФНС об открытых счетах в банках.</w:t>
      </w:r>
    </w:p>
    <w:p>
      <w:pPr>
        <w:pStyle w:val="ListNumber"/>
      </w:pPr>
      <w:r>
        <w:t>3. Выписки по счетам об остатках денежных средств (подтверждающие их отсутствие).</w:t>
      </w:r>
    </w:p>
    <w:p>
      <w:pPr>
        <w:pStyle w:val="ListNumber"/>
      </w:pPr>
      <w:r>
        <w:t>4. Копии свидетельств о рождении детей / справки об инвалидности / трудовой книжки.</w:t>
      </w:r>
    </w:p>
    <w:p>
      <w:pPr>
        <w:pStyle w:val="ListNumber"/>
      </w:pPr>
      <w:r>
        <w:t>5. Копия кредитного договора / справка о задолженности.</w:t>
      </w:r>
    </w:p>
    <w:p/>
    <w:p>
      <w:r>
        <w:t>«___» __________ 20__ г.        ____________ / [ФИО]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