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t>В [наименование суда]</w:t>
      </w:r>
    </w:p>
    <w:p>
      <w:pPr>
        <w:jc w:val="right"/>
      </w:pPr>
      <w:r>
        <w:t>Адрес: [адрес суда]</w:t>
      </w:r>
    </w:p>
    <w:p>
      <w:pPr>
        <w:jc w:val="right"/>
      </w:pPr>
      <w:r>
        <w:t>Административный истец: [ФИО]</w:t>
      </w:r>
    </w:p>
    <w:p>
      <w:pPr>
        <w:jc w:val="right"/>
      </w:pPr>
      <w:r>
        <w:t>ИНН: [ИНН]</w:t>
      </w:r>
    </w:p>
    <w:p>
      <w:pPr>
        <w:jc w:val="right"/>
      </w:pPr>
      <w:r>
        <w:t>Адрес: [индекс, адрес регистрации]</w:t>
      </w:r>
    </w:p>
    <w:p>
      <w:pPr>
        <w:jc w:val="right"/>
      </w:pPr>
      <w:r>
        <w:t>Тел.: [телефон]</w:t>
      </w:r>
    </w:p>
    <w:p>
      <w:pPr>
        <w:jc w:val="right"/>
      </w:pPr>
      <w:r>
        <w:t>Административный ответчик: [Наименование ИФНС]</w:t>
      </w:r>
    </w:p>
    <w:p>
      <w:pPr>
        <w:jc w:val="right"/>
      </w:pPr>
      <w:r>
        <w:t>Адрес: [адрес инспекции]</w:t>
      </w:r>
    </w:p>
    <w:p>
      <w:pPr>
        <w:jc w:val="right"/>
      </w:pPr>
      <w:r>
        <w:t>Дело № [номер дела, если известен]</w:t>
      </w:r>
    </w:p>
    <w:p>
      <w:pPr>
        <w:jc w:val="center"/>
      </w:pPr>
      <w:r>
        <w:rPr>
          <w:b/>
        </w:rPr>
        <w:t>ХОДАТАЙСТВО</w:t>
      </w:r>
    </w:p>
    <w:p>
      <w:r>
        <w:t>о привлечении заинтересованного лица</w:t>
      </w:r>
    </w:p>
    <w:p/>
    <w:p>
      <w:r>
        <w:t>В производстве [наименование суда] находится административное дело № [номер] по иску [ФИО истца] к [наименование ИФНС] о [предмет спора, например: об оспаривании решения о доначислении налога].</w:t>
      </w:r>
    </w:p>
    <w:p/>
    <w:p>
      <w:r>
        <w:t>Считаю необходимым привлечь к участию в деле в качестве заинтересованного лица, не заявляющего самостоятельных требований относительно предмета спора:</w:t>
      </w:r>
    </w:p>
    <w:p>
      <w:r>
        <w:rPr>
          <w:i/>
        </w:rPr>
        <w:t>[Наименование органа или ФИО лица]</w:t>
      </w:r>
    </w:p>
    <w:p>
      <w:r>
        <w:t>Адрес: [адрес места нахождения/жительства]</w:t>
      </w:r>
    </w:p>
    <w:p/>
    <w:p>
      <w:r>
        <w:t>Необходимость привлечения указанного лица обусловлена тем, что решение по данному административному делу может повлиять на его права или обязанности по отношению к одной из сторон.</w:t>
      </w:r>
    </w:p>
    <w:p>
      <w:r>
        <w:t>Связь со спором: [описать, например: спор касается регистрации права собственности на объект, сведения о котором поданы указанным органом].</w:t>
      </w:r>
    </w:p>
    <w:p>
      <w:r>
        <w:t>Какие права затрагиваются: [описать, например: в случае удовлетворения иска возникнет обязанность по корректировке записей в государственном реестре / обязанность работодателя по пересчету НДФЛ].</w:t>
      </w:r>
    </w:p>
    <w:p>
      <w:r>
        <w:t>Сведения, которые может предоставить лицо: [например, оригиналы документов, пояснения по порядку регистрации].</w:t>
      </w:r>
    </w:p>
    <w:p/>
    <w:p>
      <w:r>
        <w:t>На основании статьи 47 КАС РФ (ст. 51 АПК РФ для ИП),</w:t>
      </w:r>
    </w:p>
    <w:p/>
    <w:p>
      <w:r>
        <w:rPr>
          <w:b/>
        </w:rPr>
        <w:t>ПРОШУ:</w:t>
      </w:r>
    </w:p>
    <w:p/>
    <w:p>
      <w:pPr>
        <w:pStyle w:val="ListNumber"/>
      </w:pPr>
      <w:r>
        <w:t>1. Привлечь [Наименование лица/органа] к участию в деле № [номер] в качестве заинтересованного лица на стороне [истца / ответчика].</w:t>
      </w:r>
    </w:p>
    <w:p>
      <w:pPr>
        <w:pStyle w:val="ListNumber"/>
      </w:pPr>
      <w:r>
        <w:t>2. Обеспечить извещение указанного лица о времени и месте судебного заседания.</w:t>
      </w:r>
    </w:p>
    <w:p/>
    <w:p>
      <w:r>
        <w:rPr>
          <w:b/>
        </w:rPr>
        <w:t>Приложения:</w:t>
      </w:r>
    </w:p>
    <w:p>
      <w:pPr>
        <w:pStyle w:val="ListNumber"/>
      </w:pPr>
      <w:r>
        <w:t>1. Копии ходатайства для участников процесса.</w:t>
      </w:r>
    </w:p>
    <w:p>
      <w:pPr>
        <w:pStyle w:val="ListNumber"/>
      </w:pPr>
      <w:r>
        <w:t>2. Документы, подтверждающие необходимость привлечения (копия договора, выписки, справки).</w:t>
      </w:r>
    </w:p>
    <w:p>
      <w:pPr>
        <w:pStyle w:val="ListNumber"/>
      </w:pPr>
      <w:r>
        <w:t>3. Доказательства направления копии ходатайства в адрес заинтересованного лица.</w:t>
      </w:r>
    </w:p>
    <w:p/>
    <w:p>
      <w:r>
        <w:t>«___» __________ 202_ г.        ____________ / [ФИО]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category/>
</cp:coreProperties>
</file>