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суда]</w:t>
      </w:r>
    </w:p>
    <w:p>
      <w:pPr>
        <w:jc w:val="right"/>
      </w:pPr>
      <w:r>
        <w:t>Адрес: [адрес суда]</w:t>
      </w:r>
    </w:p>
    <w:p>
      <w:pPr>
        <w:jc w:val="right"/>
      </w:pPr>
      <w:r>
        <w:t>Административный истец: [ФИО]</w:t>
      </w:r>
    </w:p>
    <w:p>
      <w:pPr>
        <w:jc w:val="right"/>
      </w:pPr>
      <w:r>
        <w:t>ИНН: [ИНН]</w:t>
      </w:r>
    </w:p>
    <w:p>
      <w:pPr>
        <w:jc w:val="right"/>
      </w:pPr>
      <w:r>
        <w:t>Адрес регистрации: [адрес]</w:t>
      </w:r>
    </w:p>
    <w:p>
      <w:pPr>
        <w:jc w:val="right"/>
      </w:pPr>
      <w:r>
        <w:t>Тел.: [телефон]</w:t>
      </w:r>
    </w:p>
    <w:p>
      <w:pPr>
        <w:jc w:val="right"/>
      </w:pPr>
      <w:r>
        <w:t>Административный ответчик: [Наименование ИФНС]</w:t>
      </w:r>
    </w:p>
    <w:p>
      <w:pPr>
        <w:jc w:val="right"/>
      </w:pPr>
      <w:r>
        <w:t>Адрес: [адрес инспекции]</w:t>
      </w:r>
    </w:p>
    <w:p>
      <w:pPr>
        <w:jc w:val="right"/>
      </w:pPr>
      <w:r>
        <w:t>Дело № [номер дела]</w:t>
      </w:r>
    </w:p>
    <w:p>
      <w:pPr>
        <w:jc w:val="center"/>
      </w:pPr>
      <w:r>
        <w:rPr>
          <w:b/>
        </w:rPr>
        <w:t>ХОДАТАЙСТВО</w:t>
      </w:r>
    </w:p>
    <w:p>
      <w:r>
        <w:t>об истребовании доказательств</w:t>
      </w:r>
    </w:p>
    <w:p/>
    <w:p>
      <w:r>
        <w:t>В производстве [наименование суда] находится дело № [номер] по административному исковому заявлению [ФИО] к [Наименование ИФНС] о [предмет спора, например: признании недействительным решения о привлечении к ответственности].</w:t>
      </w:r>
    </w:p>
    <w:p/>
    <w:p>
      <w:r>
        <w:t>Для правильного и всестороннего рассмотрения дела необходимо исследовать следующие доказательства:</w:t>
      </w:r>
    </w:p>
    <w:p>
      <w:r>
        <w:t>[Перечислить конкретные документы: например, материалы налоговой проверки в полном объеме, протоколы допросов свидетелей №, выписки по счету].</w:t>
      </w:r>
    </w:p>
    <w:p/>
    <w:p>
      <w:r>
        <w:t>Указанные доказательства находятся у: [Наименование органа/лица, его адрес].</w:t>
      </w:r>
    </w:p>
    <w:p/>
    <w:p>
      <w:r>
        <w:t>С помощью указанных доказательств могут быть подтверждены следующие обстоятельства, имеющие значение для дела: [Указать, что подтверждают документы, например: отсутствие вины в совершении правонарушения, нарушение процедуры проверки].</w:t>
      </w:r>
    </w:p>
    <w:p/>
    <w:p>
      <w:r>
        <w:t>Мною предпринимались попытки самостоятельного получения указанных документов, а именно: [указать, когда и какой запрос направлялся]. Однако получить доказательства самостоятельно невозможно, так как [причина: получен отказ в связи с конфиденциальностью, истек срок ответа, документ предоставляется только по запросу суда].</w:t>
      </w:r>
    </w:p>
    <w:p/>
    <w:p>
      <w:r>
        <w:t>На основании статьи 63 Кодекса административного судопроизводства РФ,</w:t>
      </w:r>
    </w:p>
    <w:p/>
    <w:p>
      <w:r>
        <w:rPr>
          <w:b/>
        </w:rPr>
        <w:t>ПРОШУ:</w:t>
      </w:r>
    </w:p>
    <w:p/>
    <w:p>
      <w:r>
        <w:t>Истребовать у [Наименование органа/лица] следующие документы: [перечень].</w:t>
      </w:r>
    </w:p>
    <w:p>
      <w:r>
        <w:t>Истребованные доказательства:</w:t>
      </w:r>
    </w:p>
    <w:p>
      <w:r>
        <w:t>[вариант 1] направить непосредственно в [наименование суда] к судебному заседанию, назначенному на [дата];</w:t>
      </w:r>
    </w:p>
    <w:p>
      <w:r>
        <w:t>[вариант 2] выдать на руки административному истцу для представления в суд.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запроса в [наименование органа/лица] от [дата].</w:t>
      </w:r>
    </w:p>
    <w:p>
      <w:pPr>
        <w:pStyle w:val="ListNumber"/>
      </w:pPr>
      <w:r>
        <w:t>2. Копия ответа об отказе (при наличии).</w:t>
      </w:r>
    </w:p>
    <w:p>
      <w:pPr>
        <w:pStyle w:val="ListNumber"/>
      </w:pPr>
      <w:r>
        <w:t>3. Почтовая квитанция и опись вложения, подтверждающие направление запроса.</w:t>
      </w:r>
    </w:p>
    <w:p/>
    <w:p>
      <w:r>
        <w:t>«___» __________ 202__ г.        ____________ / [ФИО]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