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 w:val="0"/>
        </w:rPr>
        <w:t>Руководителю ФНС России</w:t>
        <w:br/>
        <w:t>127381, г. Москва, ул. Неглинная, д. 23</w:t>
        <w:br/>
        <w:br/>
        <w:t>через УФНС России</w:t>
        <w:br/>
        <w:t>по __________________________________</w:t>
        <w:br/>
        <w:br/>
        <w:t>От: ________________________________________</w:t>
        <w:br/>
        <w:t xml:space="preserve">       (фамилия, имя, отчество полностью)</w:t>
        <w:br/>
        <w:t>ИНН: ________________________</w:t>
        <w:br/>
        <w:t>Адрес: ________________________________________</w:t>
        <w:br/>
        <w:t>Тел.: ________________________</w:t>
        <w:br/>
        <w:t>Email: ________________________</w:t>
      </w:r>
    </w:p>
    <w:p>
      <w:pPr>
        <w:jc w:val="center"/>
      </w:pPr>
      <w:r>
        <w:rPr>
          <w:b/>
        </w:rPr>
        <w:t>ЖАЛОБА</w:t>
        <w:br/>
        <w:t>НА РЕШЕНИЕ УФНС РОССИИ</w:t>
        <w:br/>
        <w:t>(в порядке ст. 139, 139.2, 140 НК РФ)</w:t>
      </w:r>
    </w:p>
    <w:p>
      <w:r>
        <w:rPr>
          <w:b w:val="0"/>
        </w:rPr>
      </w:r>
    </w:p>
    <w:p>
      <w:r>
        <w:rPr>
          <w:b/>
        </w:rPr>
        <w:t>1. Предшествующее обжалование</w:t>
      </w:r>
    </w:p>
    <w:p>
      <w:r>
        <w:rPr>
          <w:b w:val="0"/>
        </w:rPr>
        <w:t>Мною «___» __________ 20__ г. подана жалоба в УФНС России по __________________________________</w:t>
        <w:br/>
        <w:t>на __________________________________ (акт/действие/бездействие ИФНС — наименование, дата, номер).</w:t>
        <w:br/>
        <w:br/>
        <w:t>УФНС России решением от «___» __________ 20__ г. № __________</w:t>
        <w:br/>
        <w:t>□  отказало в удовлетворении жалобы полностью;</w:t>
        <w:br/>
        <w:t>□  удовлетворило жалобу частично: __________________________________;</w:t>
        <w:br/>
        <w:t>□  оставило жалобу без рассмотрения.</w:t>
      </w:r>
    </w:p>
    <w:p>
      <w:r>
        <w:rPr>
          <w:b w:val="0"/>
        </w:rPr>
      </w:r>
    </w:p>
    <w:p>
      <w:r>
        <w:rPr>
          <w:b/>
        </w:rPr>
        <w:t>2. Основания несогласия с решением УФНС</w:t>
      </w:r>
    </w:p>
    <w:p>
      <w:r>
        <w:rPr>
          <w:b w:val="0"/>
        </w:rPr>
        <w:t>________________________________________________________________________</w:t>
        <w:br/>
        <w:t>(указать, какие доводы не рассмотрены, какие ошибки допущены УФНС, какие нормы нарушены)</w:t>
      </w:r>
    </w:p>
    <w:p>
      <w:r>
        <w:rPr>
          <w:b w:val="0"/>
        </w:rPr>
      </w:r>
    </w:p>
    <w:p>
      <w:r>
        <w:rPr>
          <w:b/>
        </w:rPr>
        <w:t>3. Правовое обоснование</w:t>
      </w:r>
    </w:p>
    <w:p>
      <w:r>
        <w:rPr>
          <w:b w:val="0"/>
        </w:rPr>
        <w:t>________________________________________________________________________</w:t>
        <w:br/>
        <w:t>(ссылки на нормы НК РФ и иных актов)</w:t>
      </w:r>
    </w:p>
    <w:p>
      <w:r>
        <w:rPr>
          <w:b w:val="0"/>
        </w:rPr>
      </w:r>
    </w:p>
    <w:p>
      <w:r>
        <w:rPr>
          <w:b/>
        </w:rPr>
        <w:t>4. Просьба</w:t>
      </w:r>
    </w:p>
    <w:p>
      <w:r>
        <w:rPr>
          <w:b w:val="0"/>
        </w:rPr>
        <w:t>На основании ст. 139, 140 НК РФ прошу:</w:t>
        <w:br/>
        <w:t>— отменить решение УФНС от «___» __________ 20__ г. № __________;</w:t>
        <w:br/>
        <w:t>— отменить __________________________________ (акт ИФНС — наименование, дата, номер);</w:t>
        <w:br/>
        <w:t>— принять новое решение по жалобе: __________________________________;</w:t>
        <w:br/>
        <w:t>— направить мне решение через __________________________________.</w:t>
      </w:r>
    </w:p>
    <w:p>
      <w:r>
        <w:rPr>
          <w:b w:val="0"/>
        </w:rPr>
      </w:r>
    </w:p>
    <w:p>
      <w:r>
        <w:rPr>
          <w:b w:val="0"/>
        </w:rPr>
        <w:t>Приложения:</w:t>
      </w:r>
    </w:p>
    <w:p>
      <w:r>
        <w:rPr>
          <w:b w:val="0"/>
        </w:rPr>
        <w:t>1. Копия решения УФНС от «___» __________ 20__ г. — на ___ л.</w:t>
        <w:br/>
        <w:t>2. Копия первоначальной жалобы в УФНС — на ___ л.</w:t>
        <w:br/>
        <w:t>3. Копия обжалуемого акта ИФНС — на ___ л.</w:t>
        <w:br/>
        <w:t>4. __________________________________________________________ — на ___ л.</w:t>
      </w:r>
    </w:p>
    <w:p>
      <w:r>
        <w:rPr>
          <w:b w:val="0"/>
        </w:rPr>
      </w:r>
    </w:p>
    <w:p>
      <w:r>
        <w:rPr>
          <w:b w:val="0"/>
        </w:rPr>
        <w:t>«___» __________ 20__ г.        ____________ / ________________________________________</w:t>
      </w:r>
    </w:p>
    <w:p>
      <w:pPr>
        <w:jc w:val="right"/>
      </w:pPr>
      <w:r>
        <w:rPr>
          <w:b w:val="0"/>
        </w:rPr>
        <w:t>(подпись)                    (ФИО)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