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sz w:val="24"/>
        </w:rPr>
        <w:t>В ГБУ «[название учреждения кадастровой оценки субъекта]»</w:t>
      </w:r>
    </w:p>
    <w:p>
      <w:pPr>
        <w:spacing w:after="0"/>
        <w:jc w:val="right"/>
      </w:pPr>
      <w:r>
        <w:rPr>
          <w:sz w:val="24"/>
        </w:rPr>
        <w:t>[адрес ГБУ]</w:t>
      </w:r>
    </w:p>
    <w:p>
      <w:pPr>
        <w:spacing w:after="0"/>
        <w:jc w:val="right"/>
      </w:pPr>
    </w:p>
    <w:p>
      <w:pPr>
        <w:spacing w:after="0"/>
        <w:jc w:val="right"/>
      </w:pPr>
      <w:r>
        <w:rPr>
          <w:sz w:val="24"/>
        </w:rPr>
        <w:t>от [ФИО заявителя]</w:t>
      </w:r>
    </w:p>
    <w:p>
      <w:pPr>
        <w:spacing w:after="0"/>
        <w:jc w:val="right"/>
      </w:pPr>
      <w:r>
        <w:rPr>
          <w:sz w:val="24"/>
        </w:rPr>
        <w:t>ИНН: [_______________]</w:t>
      </w:r>
    </w:p>
    <w:p>
      <w:pPr>
        <w:spacing w:after="0"/>
        <w:jc w:val="right"/>
      </w:pPr>
      <w:r>
        <w:rPr>
          <w:sz w:val="24"/>
        </w:rPr>
        <w:t>Адрес: [_______________]</w:t>
      </w:r>
    </w:p>
    <w:p>
      <w:pPr>
        <w:spacing w:after="0"/>
        <w:jc w:val="right"/>
      </w:pPr>
      <w:r>
        <w:rPr>
          <w:sz w:val="24"/>
        </w:rPr>
        <w:t>Телефон: [_______________]</w:t>
      </w:r>
    </w:p>
    <w:p>
      <w:pPr>
        <w:spacing w:after="0"/>
        <w:jc w:val="right"/>
      </w:pPr>
      <w:r>
        <w:rPr>
          <w:sz w:val="24"/>
        </w:rPr>
        <w:t>E-mail: [_______________]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об установлении кадастровой стоимости объекта недвижимости</w:t>
        <w:br/>
        <w:t>в размере его рыночной стоимости</w:t>
      </w:r>
    </w:p>
    <w:p/>
    <w:p>
      <w:r>
        <w:t>На основании ст. 22, 22.1 Федерального закона от 03.07.2016 № 237-ФЗ «О государственной кадастровой оценке» прошу установить кадастровую стоимость следующего объекта недвижимости в размере его рыночной стоимости.</w:t>
      </w:r>
    </w:p>
    <w:p/>
    <w:p>
      <w:r>
        <w:rPr>
          <w:b/>
        </w:rPr>
        <w:t>1. Сведения об объекте недвижимости</w:t>
      </w:r>
    </w:p>
    <w:p>
      <w:pPr>
        <w:spacing w:after="40"/>
      </w:pPr>
      <w:r>
        <w:t>Вид объекта: [квартира / жилой дом / земельный участок / нежилое помещение / иное]</w:t>
      </w:r>
    </w:p>
    <w:p>
      <w:pPr>
        <w:spacing w:after="40"/>
      </w:pPr>
      <w:r>
        <w:t>Кадастровый номер: _______________</w:t>
      </w:r>
    </w:p>
    <w:p>
      <w:pPr>
        <w:spacing w:after="40"/>
      </w:pPr>
      <w:r>
        <w:t>Адрес объекта: _______________</w:t>
      </w:r>
    </w:p>
    <w:p>
      <w:pPr>
        <w:spacing w:after="40"/>
      </w:pPr>
      <w:r>
        <w:t>Площадь: _______________</w:t>
      </w:r>
    </w:p>
    <w:p>
      <w:pPr>
        <w:spacing w:after="40"/>
      </w:pPr>
      <w:r>
        <w:t>Категория земель / назначение: _______________</w:t>
      </w:r>
    </w:p>
    <w:p/>
    <w:p>
      <w:r>
        <w:rPr>
          <w:b/>
        </w:rPr>
        <w:t>2. Кадастровая и рыночная стоимость</w:t>
      </w:r>
    </w:p>
    <w:p>
      <w:pPr>
        <w:spacing w:after="40"/>
      </w:pPr>
      <w:r>
        <w:t>Кадастровая стоимость по ЕГРН: [_______________] руб.</w:t>
      </w:r>
    </w:p>
    <w:p>
      <w:pPr>
        <w:spacing w:after="40"/>
      </w:pPr>
      <w:r>
        <w:t>Дата определения кадастровой стоимости: _______________</w:t>
      </w:r>
    </w:p>
    <w:p>
      <w:pPr>
        <w:spacing w:after="40"/>
      </w:pPr>
      <w:r>
        <w:t>Рыночная стоимость (по отчёту оценщика): [_______________] руб.</w:t>
      </w:r>
    </w:p>
    <w:p>
      <w:pPr>
        <w:spacing w:after="40"/>
      </w:pPr>
      <w:r>
        <w:t>Дата оценки рыночной стоимости: _______________</w:t>
      </w:r>
    </w:p>
    <w:p/>
    <w:p>
      <w:r>
        <w:rPr>
          <w:b/>
        </w:rPr>
        <w:t>3. Влияние на налог</w:t>
      </w:r>
    </w:p>
    <w:p>
      <w:r>
        <w:t>Завышенная кадастровая стоимость влечёт увеличенное начисление:</w:t>
      </w:r>
    </w:p>
    <w:p>
      <w:pPr>
        <w:pStyle w:val="ListBullet"/>
      </w:pPr>
      <w:r>
        <w:t>☐ налога на имущество физических лиц (ст. 403 НК РФ)</w:t>
      </w:r>
    </w:p>
    <w:p>
      <w:pPr>
        <w:pStyle w:val="ListBullet"/>
      </w:pPr>
      <w:r>
        <w:t>☐ земельного налога (ст. 390 НК РФ)</w:t>
      </w:r>
    </w:p>
    <w:p>
      <w:pPr>
        <w:spacing w:after="40"/>
      </w:pPr>
      <w:r>
        <w:t>Расчёт переплаты: [сумма налога по текущей КС − сумма по рыночной = _____ руб./год]</w:t>
      </w:r>
    </w:p>
    <w:p/>
    <w:p>
      <w:r>
        <w:rPr>
          <w:b/>
        </w:rPr>
        <w:t>4. Просьба</w:t>
      </w:r>
    </w:p>
    <w:p>
      <w:r>
        <w:t>Прошу установить кадастровую стоимость объекта с кадастровым номером [_______________] в размере его рыночной стоимости [_______________] руб. на основании приложенного отчёта об оценке.</w:t>
      </w:r>
    </w:p>
    <w:p/>
    <w:p>
      <w:r>
        <w:rPr>
          <w:b/>
        </w:rPr>
        <w:t>5. Приложения</w:t>
      </w:r>
    </w:p>
    <w:p>
      <w:pPr>
        <w:pStyle w:val="ListNumber"/>
      </w:pPr>
      <w:r>
        <w:t>1. Выписка из ЕГРН о кадастровой стоимости.</w:t>
      </w:r>
    </w:p>
    <w:p>
      <w:pPr>
        <w:pStyle w:val="ListNumber"/>
      </w:pPr>
      <w:r>
        <w:t>2. Отчёт независимого оценщика о рыночной стоимости.</w:t>
      </w:r>
    </w:p>
    <w:p>
      <w:pPr>
        <w:pStyle w:val="ListNumber"/>
      </w:pPr>
      <w:r>
        <w:t>3. Правоустанавливающие документы (копия).</w:t>
      </w:r>
    </w:p>
    <w:p>
      <w:pPr>
        <w:pStyle w:val="ListNumber"/>
      </w:pPr>
      <w:r>
        <w:t>4. Копия паспорта заявителя.</w:t>
      </w:r>
    </w:p>
    <w:p/>
    <w:p>
      <w:r>
        <w:t>Дата: «___» ____________ 20___ г.</w:t>
      </w:r>
    </w:p>
    <w:p>
      <w:r>
        <w:t>Подпись: _______________  /  [ФИО]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