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[наименование суда, принявшего решение]</w:t>
        <w:br/>
      </w:r>
      <w:r>
        <w:t>От: [ФИО заявителя]</w:t>
        <w:br/>
        <w:t>ИНН: [ИНН заявителя]</w:t>
        <w:br/>
        <w:t>Адрес: [адрес заявителя]</w:t>
        <w:br/>
        <w:t>Тел.: [телефон заявителя]</w:t>
      </w:r>
    </w:p>
    <w:p>
      <w:pPr>
        <w:jc w:val="center"/>
      </w:pPr>
      <w:r>
        <w:rPr>
          <w:b/>
        </w:rPr>
        <w:t>ЗАЯВЛЕНИЕ О ВЫДАЧЕ ИСПОЛНИТЕЛЬНОГО ЛИСТА ИЛИ НАПРАВЛЕНИИ ЕГО НА ИСПОЛНЕНИЕ ПРОТИВ ИФНС</w:t>
      </w:r>
    </w:p>
    <w:p>
      <w:r>
        <w:t>[описание ситуации и обстоятельств обращения]</w:t>
      </w:r>
    </w:p>
    <w:p>
      <w:pPr>
        <w:pStyle w:val="ListBullet"/>
      </w:pPr>
      <w:r>
        <w:t>реквизиты дела: [указать]</w:t>
      </w:r>
    </w:p>
    <w:p>
      <w:pPr>
        <w:pStyle w:val="ListBullet"/>
      </w:pPr>
      <w:r>
        <w:t>дата вступления в силу: [указать]</w:t>
      </w:r>
    </w:p>
    <w:p>
      <w:pPr>
        <w:pStyle w:val="ListBullet"/>
      </w:pPr>
      <w:r>
        <w:t>что подлежит исполнению: [указать]</w:t>
      </w:r>
    </w:p>
    <w:p>
      <w:pPr>
        <w:pStyle w:val="ListBullet"/>
      </w:pPr>
      <w:r>
        <w:t>способ получения или направления листа: [указать]</w:t>
      </w:r>
    </w:p>
    <w:p>
      <w:pPr>
        <w:pStyle w:val="ListBullet"/>
      </w:pPr>
      <w:r>
        <w:t>реквизиты заявителя: [указать]</w:t>
      </w:r>
    </w:p>
    <w:p>
      <w:r>
        <w:t>На основании КАС РФ; ФЗ № 229-ФЗ:</w:t>
      </w:r>
    </w:p>
    <w:p>
      <w:r>
        <w:rPr>
          <w:b/>
        </w:rPr>
        <w:t>ПРОШУ:</w:t>
      </w:r>
    </w:p>
    <w:p>
      <w:r>
        <w:t>[просительная часть]</w:t>
      </w:r>
    </w:p>
    <w:p>
      <w:r>
        <w:t>Приложения:</w:t>
      </w:r>
    </w:p>
    <w:p>
      <w:pPr>
        <w:pStyle w:val="ListBullet"/>
      </w:pPr>
      <w:r>
        <w:t>[перечень приложений]</w:t>
      </w:r>
    </w:p>
    <w:p>
      <w:r>
        <w:br/>
        <w:t>«___» __________ 20__ г.        ____________ / [ФИО заявителя]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