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Старшему судебному приставу</w:t>
        <w:br/>
      </w:r>
      <w:r>
        <w:rPr>
          <w:sz w:val="22"/>
        </w:rPr>
        <w:t>ОСП по __________ району</w:t>
        <w:br/>
      </w:r>
      <w:r>
        <w:rPr>
          <w:sz w:val="22"/>
        </w:rPr>
        <w:t>УФССП по __________</w:t>
        <w:br/>
      </w:r>
      <w:r>
        <w:rPr>
          <w:sz w:val="22"/>
        </w:rPr>
        <w:br/>
      </w:r>
      <w:r>
        <w:rPr>
          <w:sz w:val="22"/>
        </w:rPr>
        <w:t>Должник:</w:t>
        <w:br/>
      </w:r>
      <w:r>
        <w:rPr>
          <w:sz w:val="22"/>
        </w:rPr>
        <w:t>____________________________</w:t>
        <w:br/>
      </w:r>
      <w:r>
        <w:rPr>
          <w:sz w:val="22"/>
        </w:rPr>
        <w:t>(ФИО)</w:t>
        <w:br/>
      </w:r>
      <w:r>
        <w:rPr>
          <w:sz w:val="22"/>
        </w:rPr>
        <w:t>ИНН: ____________________________</w:t>
        <w:br/>
      </w:r>
      <w:r>
        <w:rPr>
          <w:sz w:val="22"/>
        </w:rPr>
        <w:t>Адрес: __________________________</w:t>
        <w:br/>
      </w:r>
      <w:r>
        <w:rPr>
          <w:sz w:val="22"/>
        </w:rPr>
        <w:t>Тел.: ___________________________</w:t>
        <w:br/>
      </w:r>
    </w:p>
    <w:p>
      <w:pPr>
        <w:jc w:val="center"/>
      </w:pPr>
      <w:r>
        <w:rPr>
          <w:b/>
          <w:sz w:val="26"/>
        </w:rPr>
        <w:t>ЗАЯВЛЕНИЕ</w:t>
        <w:br/>
        <w:t>о сохранении прожиточного минимума (снижении удержаний)</w:t>
      </w:r>
    </w:p>
    <w:p>
      <w:pPr>
        <w:jc w:val="center"/>
      </w:pPr>
      <w:r>
        <w:rPr>
          <w:i/>
          <w:sz w:val="20"/>
        </w:rPr>
        <w:t>(ст. 99, 101 ФЗ от 02.10.2007 № 229-ФЗ)</w:t>
      </w:r>
    </w:p>
    <w:p/>
    <w:p>
      <w:r>
        <w:rPr>
          <w:b/>
        </w:rPr>
        <w:t xml:space="preserve">Исполнительное производство: </w:t>
      </w:r>
      <w:r>
        <w:rPr>
          <w:i/>
        </w:rPr>
        <w:t>№ ____________________ от «___» _________ 20___ г.</w:t>
      </w:r>
    </w:p>
    <w:p>
      <w:r>
        <w:rPr>
          <w:b/>
        </w:rPr>
        <w:t xml:space="preserve">Ежемесячный доход: </w:t>
      </w:r>
      <w:r>
        <w:rPr>
          <w:i/>
        </w:rPr>
        <w:t>_________ руб. (☐ зарплата  ☐ пенсия  ☐ иное)</w:t>
      </w:r>
    </w:p>
    <w:p>
      <w:r>
        <w:rPr>
          <w:b/>
        </w:rPr>
        <w:t xml:space="preserve">Текущий размер удержаний: </w:t>
      </w:r>
      <w:r>
        <w:rPr>
          <w:i/>
        </w:rPr>
        <w:t>_________ руб. / ____ %</w:t>
      </w:r>
    </w:p>
    <w:p>
      <w:r>
        <w:rPr>
          <w:b/>
        </w:rPr>
        <w:t xml:space="preserve">Прожиточный минимум в регионе: </w:t>
      </w:r>
      <w:r>
        <w:rPr>
          <w:i/>
        </w:rPr>
        <w:t>_________ руб.</w:t>
      </w:r>
    </w:p>
    <w:p>
      <w:r>
        <w:rPr>
          <w:b/>
        </w:rPr>
        <w:t xml:space="preserve">Иждивенцы: </w:t>
      </w:r>
      <w:r>
        <w:rPr>
          <w:i/>
        </w:rPr>
        <w:t>_________ чел. (ФИО, даты рождения)</w:t>
      </w:r>
    </w:p>
    <w:p/>
    <w:p>
      <w:r>
        <w:rPr>
          <w:b/>
        </w:rPr>
        <w:t>Содержание:</w:t>
      </w:r>
    </w:p>
    <w:p>
      <w:pPr>
        <w:pStyle w:val="ListBullet"/>
      </w:pPr>
      <w:r>
        <w:rPr>
          <w:b/>
        </w:rPr>
        <w:t>Размер дохода и удержаний</w:t>
      </w:r>
      <w:r>
        <w:t xml:space="preserve"> — после удержания остаётся ____ руб., что ниже прожиточного минимума</w:t>
      </w:r>
    </w:p>
    <w:p>
      <w:pPr>
        <w:pStyle w:val="ListBullet"/>
      </w:pPr>
      <w:r>
        <w:rPr>
          <w:b/>
        </w:rPr>
        <w:t>Иждивенцы</w:t>
      </w:r>
      <w:r>
        <w:t xml:space="preserve"> — несовершеннолетние дети / нетрудоспособные родители</w:t>
      </w:r>
    </w:p>
    <w:p>
      <w:pPr>
        <w:pStyle w:val="ListBullet"/>
      </w:pPr>
      <w:r>
        <w:rPr>
          <w:b/>
        </w:rPr>
        <w:t>Защищённые доходы</w:t>
      </w:r>
      <w:r>
        <w:t xml:space="preserve"> — если списываются пособия, маткапитал и т.п. — указать</w:t>
      </w:r>
    </w:p>
    <w:p>
      <w:pPr>
        <w:pStyle w:val="ListBullet"/>
      </w:pPr>
      <w:r>
        <w:rPr>
          <w:b/>
        </w:rPr>
        <w:t>Просьба</w:t>
      </w:r>
      <w:r>
        <w:t xml:space="preserve"> — установить размер удержаний с сохранением прожиточного минимума ____ руб.</w:t>
      </w:r>
    </w:p>
    <w:p/>
    <w:p>
      <w:r>
        <w:rPr>
          <w:b/>
        </w:rPr>
        <w:t>Просьба:</w:t>
      </w:r>
    </w:p>
    <w:p>
      <w:r>
        <w:t>1. ______________________________</w:t>
      </w:r>
    </w:p>
    <w:p>
      <w:r>
        <w:t>2. ______________________________</w:t>
      </w:r>
    </w:p>
    <w:p/>
    <w:p>
      <w:r>
        <w:rPr>
          <w:b/>
        </w:rPr>
        <w:t>Приложения:</w:t>
      </w:r>
    </w:p>
    <w:p>
      <w:r>
        <w:t>1. ______________________________</w:t>
      </w:r>
    </w:p>
    <w:p>
      <w:r>
        <w:t>2. ______________________________</w:t>
      </w:r>
    </w:p>
    <w:p/>
    <w:p>
      <w:r>
        <w:t>Дата: «___» ____________ 20___ г.</w:t>
      </w:r>
    </w:p>
    <w:p/>
    <w:p>
      <w:r>
        <w:t>Подпись: _____________ / _________________________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