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rPr>
          <w:sz w:val="22"/>
        </w:rPr>
        <w:t>Руководителю ИФНС России №____</w:t>
        <w:br/>
      </w:r>
      <w:r>
        <w:rPr>
          <w:sz w:val="22"/>
        </w:rPr>
        <w:t>по г. __________</w:t>
        <w:br/>
      </w:r>
      <w:r>
        <w:rPr>
          <w:sz w:val="22"/>
        </w:rPr>
        <w:t>от ____________________________</w:t>
        <w:br/>
      </w:r>
      <w:r>
        <w:rPr>
          <w:sz w:val="22"/>
        </w:rPr>
        <w:t>(ФИО налогоплательщика)</w:t>
        <w:br/>
      </w:r>
      <w:r>
        <w:rPr>
          <w:sz w:val="22"/>
        </w:rPr>
        <w:t>ИНН: ____________________________</w:t>
        <w:br/>
      </w:r>
      <w:r>
        <w:rPr>
          <w:sz w:val="22"/>
        </w:rPr>
        <w:t>Адрес: __________________________</w:t>
        <w:br/>
      </w:r>
      <w:r>
        <w:rPr>
          <w:sz w:val="22"/>
        </w:rPr>
        <w:t>Тел.: ___________________________</w:t>
        <w:br/>
      </w:r>
    </w:p>
    <w:p>
      <w:pPr>
        <w:jc w:val="center"/>
      </w:pPr>
      <w:r>
        <w:rPr>
          <w:b/>
          <w:sz w:val="26"/>
        </w:rPr>
        <w:t>ЗАЯВЛЕНИЕ</w:t>
        <w:br/>
        <w:t>о процессуальном нарушении (недопустимости доказательств)</w:t>
      </w:r>
    </w:p>
    <w:p>
      <w:pPr>
        <w:jc w:val="center"/>
      </w:pPr>
      <w:r>
        <w:rPr>
          <w:i/>
          <w:sz w:val="20"/>
        </w:rPr>
        <w:t>(ст. 100, 101, п. 14 ст. 101 НК РФ)</w:t>
      </w:r>
    </w:p>
    <w:p/>
    <w:p>
      <w:r>
        <w:rPr>
          <w:b/>
        </w:rPr>
        <w:t xml:space="preserve">Акт проверки: </w:t>
      </w:r>
      <w:r>
        <w:rPr>
          <w:i/>
        </w:rPr>
        <w:t>№ ____ от «___» _________ 20___ г.</w:t>
      </w:r>
    </w:p>
    <w:p>
      <w:r>
        <w:rPr>
          <w:b/>
        </w:rPr>
        <w:t xml:space="preserve">Нарушение: </w:t>
      </w:r>
      <w:r>
        <w:rPr>
          <w:i/>
        </w:rPr>
        <w:t>_______________________________</w:t>
      </w:r>
    </w:p>
    <w:p>
      <w:r>
        <w:rPr>
          <w:b/>
        </w:rPr>
        <w:t xml:space="preserve">Дата нарушения: </w:t>
      </w:r>
      <w:r>
        <w:rPr>
          <w:i/>
        </w:rPr>
        <w:t>«___» _________ 20___ г.</w:t>
      </w:r>
    </w:p>
    <w:p/>
    <w:p>
      <w:r>
        <w:rPr>
          <w:b/>
        </w:rPr>
        <w:t>Содержание обращения:</w:t>
      </w:r>
    </w:p>
    <w:p>
      <w:pPr>
        <w:pStyle w:val="ListBullet"/>
      </w:pPr>
      <w:r>
        <w:rPr>
          <w:b/>
        </w:rPr>
        <w:t>Какое нарушение допущено</w:t>
      </w:r>
      <w:r>
        <w:t xml:space="preserve"> — не вручен акт / не извещён о рассмотрении / использованы доказательства без ознакомления / выход за предмет</w:t>
      </w:r>
    </w:p>
    <w:p>
      <w:pPr>
        <w:pStyle w:val="ListBullet"/>
      </w:pPr>
      <w:r>
        <w:rPr>
          <w:b/>
        </w:rPr>
        <w:t>Когда и при каких обстоятельствах</w:t>
      </w:r>
      <w:r>
        <w:t xml:space="preserve"> — описание</w:t>
      </w:r>
    </w:p>
    <w:p>
      <w:pPr>
        <w:pStyle w:val="ListBullet"/>
      </w:pPr>
      <w:r>
        <w:rPr>
          <w:b/>
        </w:rPr>
        <w:t>Доказательства нарушения</w:t>
      </w:r>
      <w:r>
        <w:t xml:space="preserve"> — скриншоты / фото / свидетели</w:t>
      </w:r>
    </w:p>
    <w:p>
      <w:pPr>
        <w:pStyle w:val="ListBullet"/>
      </w:pPr>
      <w:r>
        <w:rPr>
          <w:b/>
        </w:rPr>
        <w:t>Просьба</w:t>
      </w:r>
      <w:r>
        <w:t xml:space="preserve"> — зафиксировать нарушение, исключить недопустимые доказательства, учесть при вынесении решения</w:t>
      </w:r>
    </w:p>
    <w:p/>
    <w:p>
      <w:r>
        <w:rPr>
          <w:b/>
        </w:rPr>
        <w:t>Приложения:</w:t>
      </w:r>
    </w:p>
    <w:p>
      <w:r>
        <w:t>1. ______________________________</w:t>
      </w:r>
    </w:p>
    <w:p>
      <w:r>
        <w:t>2. ______________________________</w:t>
      </w:r>
    </w:p>
    <w:p/>
    <w:p>
      <w:r>
        <w:t>Дата: «___» ____________ 20___ г.</w:t>
      </w:r>
    </w:p>
    <w:p/>
    <w:p>
      <w:r>
        <w:t>Подпись: _____________ / _________________________</w:t>
      </w:r>
    </w:p>
    <w:sectPr w:rsidR="00FC693F" w:rsidRPr="0006063C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category/>
</cp:coreProperties>
</file>