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b w:val="0"/>
        </w:rPr>
        <w:t>В Межрайонную ИФНС России №  ___</w:t>
        <w:br/>
        <w:t>по __________________________________</w:t>
        <w:br/>
        <w:br/>
        <w:t>От: ________________________________________</w:t>
        <w:br/>
        <w:t xml:space="preserve">       (фамилия, имя, отчество полностью)</w:t>
        <w:br/>
        <w:t>ИНН: ________________________</w:t>
        <w:br/>
        <w:t>Адрес: ________________________________________</w:t>
        <w:br/>
        <w:t>Тел.: ________________________</w:t>
      </w:r>
    </w:p>
    <w:p>
      <w:pPr>
        <w:jc w:val="center"/>
      </w:pPr>
      <w:r>
        <w:rPr>
          <w:b/>
        </w:rPr>
        <w:t>ЗАЯВЛЕНИЕ</w:t>
        <w:br/>
        <w:t>О ПРЕДОСТАВЛЕНИИ НАЛОГОВОЙ ЛЬГОТЫ</w:t>
        <w:br/>
        <w:t>(по форме КНД 1150063)</w:t>
      </w:r>
    </w:p>
    <w:p>
      <w:r>
        <w:rPr>
          <w:b w:val="0"/>
        </w:rPr>
      </w:r>
    </w:p>
    <w:p>
      <w:r>
        <w:rPr>
          <w:b w:val="0"/>
        </w:rPr>
        <w:t>На основании ст. 361.1 / 391 / 407 НК РФ (оставьте применимую)</w:t>
        <w:br/>
        <w:t>прошу предоставить льготу по:</w:t>
        <w:br/>
        <w:br/>
        <w:t>□  Транспортному налогу (ст. 361.1 НК РФ)</w:t>
        <w:br/>
        <w:t xml:space="preserve">   Марка ТС: __________________________________</w:t>
        <w:br/>
        <w:t xml:space="preserve">   Гос. номер: __________________________________</w:t>
        <w:br/>
        <w:t xml:space="preserve">   Срок действия льготы: с «___» __________ 20__ г. бессрочно / по «___» __________ 20__ г.</w:t>
        <w:br/>
        <w:br/>
        <w:t>□  Земельному налогу (ст. 391 НК РФ)</w:t>
        <w:br/>
        <w:t xml:space="preserve">   Кадастровый номер участка: __________________________________</w:t>
        <w:br/>
        <w:t xml:space="preserve">   Срок действия льготы: с «___» __________ 20__ г. бессрочно / по «___» __________ 20__ г.</w:t>
        <w:br/>
        <w:br/>
        <w:t>□  Налогу на имущество физических лиц (ст. 407 НК РФ)</w:t>
        <w:br/>
        <w:t xml:space="preserve">   Вид объекта: квартира / жилой дом / гараж / хозяйственная постройка</w:t>
        <w:br/>
        <w:t xml:space="preserve">   Кадастровый номер: __________________________________</w:t>
        <w:br/>
        <w:t xml:space="preserve">   Срок действия льготы: с «___» __________ 20__ г. бессрочно / по «___» __________ 20__ г.</w:t>
      </w:r>
    </w:p>
    <w:p>
      <w:r>
        <w:rPr>
          <w:b w:val="0"/>
        </w:rPr>
      </w:r>
    </w:p>
    <w:p>
      <w:r>
        <w:rPr>
          <w:b/>
        </w:rPr>
        <w:t>Основание льготы:</w:t>
      </w:r>
    </w:p>
    <w:p>
      <w:r>
        <w:rPr>
          <w:b w:val="0"/>
        </w:rPr>
        <w:t>□  Пенсионер (пенсионное удостоверение / справка ПФР)</w:t>
        <w:br/>
        <w:t>□  Инвалид I или II группы (справка МСЭ)</w:t>
        <w:br/>
        <w:t>□  Ветеран боевых действий (удостоверение)</w:t>
        <w:br/>
        <w:t>□  Многодетный родитель (удостоверение многодетной семьи)</w:t>
        <w:br/>
        <w:t>□  Предпенсионер (справка ПФР о статусе предпенсионера)</w:t>
        <w:br/>
        <w:t>□  Иное: ________________________________________</w:t>
        <w:br/>
        <w:br/>
        <w:t>Реквизиты подтверждающего документа:</w:t>
        <w:br/>
        <w:t>Наименование: __________________________________</w:t>
        <w:br/>
        <w:t>Серия / номер: __________________________________</w:t>
        <w:br/>
        <w:t>Дата выдачи: «___» __________ 20__ г.</w:t>
        <w:br/>
        <w:t>Кем выдан: __________________________________</w:t>
        <w:br/>
        <w:t>Срок действия: до «___» __________ 20__ г. / бессрочно</w:t>
      </w:r>
    </w:p>
    <w:p>
      <w:r>
        <w:rPr>
          <w:b w:val="0"/>
        </w:rPr>
      </w:r>
    </w:p>
    <w:p>
      <w:r>
        <w:rPr>
          <w:b w:val="0"/>
        </w:rPr>
        <w:t>Примечание: подтверждающие документы можно не прикладывать — ИФНС обязана</w:t>
        <w:br/>
        <w:t>запросить сведения самостоятельно (п. 3 ст. 361.1, п. 10 ст. 396, п. 6 ст. 407 НК РФ).</w:t>
        <w:br/>
        <w:t>Рекомендуется приложить копии для ускорения рассмотрения.</w:t>
      </w:r>
    </w:p>
    <w:p>
      <w:r>
        <w:rPr>
          <w:b w:val="0"/>
        </w:rPr>
      </w:r>
    </w:p>
    <w:p>
      <w:r>
        <w:rPr>
          <w:b w:val="0"/>
        </w:rPr>
        <w:t>«___» __________ 20__ г.        ____________ / ________________________________________</w:t>
      </w:r>
    </w:p>
    <w:p>
      <w:pPr>
        <w:jc w:val="right"/>
      </w:pPr>
      <w:r>
        <w:rPr>
          <w:b w:val="0"/>
        </w:rPr>
        <w:t>(подпись)                    (ФИО)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76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