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sz w:val="24"/>
        </w:rPr>
        <w:t>В [наименование налогового органа]</w:t>
      </w:r>
    </w:p>
    <w:p>
      <w:pPr>
        <w:spacing w:after="0"/>
        <w:jc w:val="right"/>
      </w:pPr>
      <w:r>
        <w:rPr>
          <w:sz w:val="24"/>
        </w:rPr>
        <w:t>[код ИФНС]</w:t>
      </w:r>
    </w:p>
    <w:p>
      <w:pPr>
        <w:spacing w:after="0"/>
        <w:jc w:val="right"/>
      </w:pPr>
    </w:p>
    <w:p>
      <w:pPr>
        <w:spacing w:after="0"/>
        <w:jc w:val="right"/>
      </w:pPr>
      <w:r>
        <w:rPr>
          <w:sz w:val="24"/>
        </w:rPr>
        <w:t>от [ФИО заявителя]</w:t>
      </w:r>
    </w:p>
    <w:p>
      <w:pPr>
        <w:spacing w:after="0"/>
        <w:jc w:val="right"/>
      </w:pPr>
      <w:r>
        <w:rPr>
          <w:sz w:val="24"/>
        </w:rPr>
        <w:t>ИНН: [_______________]</w:t>
      </w:r>
    </w:p>
    <w:p>
      <w:pPr>
        <w:spacing w:after="0"/>
        <w:jc w:val="right"/>
      </w:pPr>
      <w:r>
        <w:rPr>
          <w:sz w:val="24"/>
        </w:rPr>
        <w:t>Дата рождения: [_______________]</w:t>
      </w:r>
    </w:p>
    <w:p>
      <w:pPr>
        <w:spacing w:after="0"/>
        <w:jc w:val="right"/>
      </w:pPr>
      <w:r>
        <w:rPr>
          <w:sz w:val="24"/>
        </w:rPr>
        <w:t>Адрес: [_______________]</w:t>
      </w:r>
    </w:p>
    <w:p>
      <w:pPr>
        <w:spacing w:after="0"/>
        <w:jc w:val="right"/>
      </w:pPr>
      <w:r>
        <w:rPr>
          <w:sz w:val="24"/>
        </w:rPr>
        <w:t>Телефон: [_______________]</w:t>
      </w:r>
    </w:p>
    <w:p/>
    <w:p>
      <w:pPr>
        <w:jc w:val="center"/>
      </w:pPr>
      <w:r>
        <w:rPr>
          <w:b/>
          <w:sz w:val="28"/>
        </w:rPr>
        <w:t>ЗАЯВЛЕНИЕ</w:t>
      </w:r>
    </w:p>
    <w:p>
      <w:pPr>
        <w:jc w:val="center"/>
      </w:pPr>
      <w:r>
        <w:t>о гибели или уничтожении объекта налогообложения</w:t>
        <w:br/>
        <w:t>по налогу на имущество физических лиц</w:t>
      </w:r>
    </w:p>
    <w:p>
      <w:r>
        <w:t>(заполняется по форме КНД 1150075, приказ ФНС от 24.05.2019 № ММВ-7-21/263@)</w:t>
      </w:r>
    </w:p>
    <w:p/>
    <w:p>
      <w:r>
        <w:rPr>
          <w:b/>
        </w:rPr>
        <w:t>1. Сведения об объекте</w:t>
      </w:r>
    </w:p>
    <w:p>
      <w:pPr>
        <w:spacing w:after="40"/>
      </w:pPr>
      <w:r>
        <w:t>Вид объекта: [жилой дом / квартира / комната / гараж / машино-место / хоз.постройка / иное]</w:t>
      </w:r>
    </w:p>
    <w:p>
      <w:pPr>
        <w:spacing w:after="40"/>
      </w:pPr>
      <w:r>
        <w:t>Кадастровый номер: [при наличии]</w:t>
      </w:r>
    </w:p>
    <w:p>
      <w:pPr>
        <w:spacing w:after="40"/>
      </w:pPr>
      <w:r>
        <w:t>Условный / инвентарный номер: [если нет кадастрового]</w:t>
      </w:r>
    </w:p>
    <w:p>
      <w:pPr>
        <w:spacing w:after="40"/>
      </w:pPr>
      <w:r>
        <w:t>Адрес объекта: _______________</w:t>
      </w:r>
    </w:p>
    <w:p/>
    <w:p>
      <w:r>
        <w:rPr>
          <w:b/>
        </w:rPr>
        <w:t>2. Дата гибели (уничтожения)</w:t>
      </w:r>
    </w:p>
    <w:p>
      <w:pPr>
        <w:spacing w:after="40"/>
      </w:pPr>
      <w:r>
        <w:t>Дата гибели объекта: [дд.мм.гггг]</w:t>
      </w:r>
    </w:p>
    <w:p>
      <w:r>
        <w:t>Причина гибели:</w:t>
      </w:r>
    </w:p>
    <w:p>
      <w:pPr>
        <w:pStyle w:val="ListBullet"/>
      </w:pPr>
      <w:r>
        <w:t>☐ пожар</w:t>
      </w:r>
    </w:p>
    <w:p>
      <w:pPr>
        <w:pStyle w:val="ListBullet"/>
      </w:pPr>
      <w:r>
        <w:t>☐ стихийное бедствие (наводнение, ураган, оползень)</w:t>
      </w:r>
    </w:p>
    <w:p>
      <w:pPr>
        <w:pStyle w:val="ListBullet"/>
      </w:pPr>
      <w:r>
        <w:t>☐ снос</w:t>
      </w:r>
    </w:p>
    <w:p>
      <w:pPr>
        <w:pStyle w:val="ListBullet"/>
      </w:pPr>
      <w:r>
        <w:t>☐ обветшание / обрушение</w:t>
      </w:r>
    </w:p>
    <w:p>
      <w:pPr>
        <w:pStyle w:val="ListBullet"/>
      </w:pPr>
      <w:r>
        <w:t>☐ иное: _______________</w:t>
      </w:r>
    </w:p>
    <w:p/>
    <w:p>
      <w:r>
        <w:rPr>
          <w:b/>
        </w:rPr>
        <w:t>3. Подтверждающий документ</w:t>
      </w:r>
    </w:p>
    <w:p>
      <w:pPr>
        <w:spacing w:after="40"/>
      </w:pPr>
      <w:r>
        <w:t>Наименование документа: [справка МЧС / акт обследования / решение о сносе / иное]</w:t>
      </w:r>
    </w:p>
    <w:p>
      <w:pPr>
        <w:spacing w:after="40"/>
      </w:pPr>
      <w:r>
        <w:t>Серия и номер: _______________</w:t>
      </w:r>
    </w:p>
    <w:p>
      <w:pPr>
        <w:spacing w:after="40"/>
      </w:pPr>
      <w:r>
        <w:t>Дата выдачи: _______________</w:t>
      </w:r>
    </w:p>
    <w:p>
      <w:pPr>
        <w:spacing w:after="40"/>
      </w:pPr>
      <w:r>
        <w:t>Кем выдан: _______________</w:t>
      </w:r>
    </w:p>
    <w:p/>
    <w:p>
      <w:r>
        <w:t>Примечание: если подтверждающий документ не приложен, ИФНС запросит его самостоятельно (п. 2.1 ст. 408 НК РФ).</w:t>
      </w:r>
    </w:p>
    <w:p/>
    <w:p>
      <w:r>
        <w:rPr>
          <w:b/>
        </w:rPr>
        <w:t>4. Просьба</w:t>
      </w:r>
    </w:p>
    <w:p>
      <w:r>
        <w:t>Прошу прекратить исчисление налога на имущество физических лиц в отношении указанного объекта с [месяц, год гибели] на основании п. 2.1 ст. 408 НК РФ.</w:t>
      </w:r>
    </w:p>
    <w:p/>
    <w:p>
      <w:r>
        <w:t>Способ получения уведомления о результате:</w:t>
      </w:r>
    </w:p>
    <w:p>
      <w:pPr>
        <w:pStyle w:val="ListBullet"/>
      </w:pPr>
      <w:r>
        <w:t>☐ через личный кабинет</w:t>
      </w:r>
    </w:p>
    <w:p>
      <w:pPr>
        <w:pStyle w:val="ListBullet"/>
      </w:pPr>
      <w:r>
        <w:t>☐ по почте</w:t>
      </w:r>
    </w:p>
    <w:p>
      <w:pPr>
        <w:pStyle w:val="ListBullet"/>
      </w:pPr>
      <w:r>
        <w:t>☐ лично</w:t>
      </w:r>
    </w:p>
    <w:p/>
    <w:p>
      <w:r>
        <w:t>Дата: «___» ____________ 20___ г.</w:t>
      </w:r>
    </w:p>
    <w:p>
      <w:r>
        <w:t>Подпись: _______________  /  [ФИО]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