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t>В Межрайонную ИФНС России №  ___</w:t>
        <w:br/>
        <w:t>по __________________________________</w:t>
        <w:br/>
        <w:t>(наименование субъекта / города)</w:t>
        <w:br/>
        <w:br/>
        <w:t>От: ________________________________________</w:t>
        <w:br/>
        <w:t xml:space="preserve">       (фамилия, имя, отчество полностью)</w:t>
        <w:br/>
        <w:t>ИНН: ______________________________________</w:t>
        <w:br/>
        <w:t>Адрес регистрации: _________________________</w:t>
        <w:br/>
        <w:t>____________________________________________</w:t>
        <w:br/>
        <w:t>Телефон: ___________________________________</w:t>
        <w:br/>
        <w:t>E-mail / личный кабинет: ____________________</w:t>
      </w:r>
    </w:p>
    <w:p>
      <w:pPr>
        <w:jc w:val="center"/>
      </w:pPr>
      <w:r>
        <w:rPr>
          <w:b/>
        </w:rPr>
        <w:t>ЗАПРОС</w:t>
        <w:br/>
        <w:t>О ВЫДАЧЕ СПРАВКИ О СОСТОЯНИИ РАСЧЁТОВ ПО ЕНС</w:t>
      </w:r>
    </w:p>
    <w:p>
      <w:pPr>
        <w:jc w:val="center"/>
      </w:pPr>
      <w:r>
        <w:rPr>
          <w:i/>
        </w:rPr>
        <w:t>(по форме КНД 1114237,</w:t>
        <w:br/>
        <w:t>утв. приказом ФНС от 30.01.2025 № ЕД-7-8/61@)</w:t>
      </w:r>
    </w:p>
    <w:p/>
    <w:p>
      <w:r>
        <w:t>На основании пп. 10 п. 1 ст. 21 НК РФ прошу выдать справку следующего вида (выберите один):</w:t>
      </w:r>
    </w:p>
    <w:p>
      <w:r>
        <w:t>□  Справка об исполнении обязанности по уплате налогов, сборов, страховых взносов, пеней, штрафов, процентов</w:t>
      </w:r>
    </w:p>
    <w:p>
      <w:r>
        <w:t>□  Справка о наличии положительного, отрицательного или нулевого сальдо единого налогового счёта</w:t>
      </w:r>
    </w:p>
    <w:p>
      <w:r>
        <w:t>□  Справка о принадлежности сумм денежных средств, перечисленных в качестве единого налогового платежа</w:t>
      </w:r>
    </w:p>
    <w:p/>
    <w:p>
      <w:r>
        <w:t>Дата, на которую запрашивается информация: «___» __________ 20__ г.</w:t>
      </w:r>
    </w:p>
    <w:p/>
    <w:p>
      <w:r>
        <w:t>Способ получения справки (выберите один):</w:t>
      </w:r>
    </w:p>
    <w:p>
      <w:r>
        <w:t>□  Лично в ИФНС по месту учёта</w:t>
      </w:r>
    </w:p>
    <w:p>
      <w:r>
        <w:t>□  По почте на адрес регистрации</w:t>
      </w:r>
    </w:p>
    <w:p>
      <w:r>
        <w:t>□  Через личный кабинет налогоплательщика</w:t>
      </w:r>
    </w:p>
    <w:p/>
    <w:p>
      <w:r>
        <w:rPr>
          <w:i/>
        </w:rPr>
        <w:t>Справка должна быть выдана в течение 5 рабочих дней со дня получения запроса (пп. 10 п. 1 ст. 32 НК РФ).</w:t>
      </w:r>
    </w:p>
    <w:p/>
    <w:p>
      <w:r>
        <w:t>«___» __________ 20__ г.        ____________ / ________________________________________</w:t>
      </w:r>
    </w:p>
    <w:p>
      <w:pPr>
        <w:jc w:val="right"/>
      </w:pPr>
      <w:r>
        <w:rPr>
          <w:i/>
        </w:rPr>
        <w:t>(подпись)                    (ФИО)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category/>
</cp:coreProperties>
</file>