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2"/>
        </w:rPr>
        <w:t>Руководителю ИФНС России №____</w:t>
        <w:br/>
      </w:r>
      <w:r>
        <w:rPr>
          <w:sz w:val="22"/>
        </w:rPr>
        <w:t>по г. __________</w:t>
        <w:br/>
      </w:r>
      <w:r>
        <w:rPr>
          <w:sz w:val="22"/>
        </w:rPr>
        <w:t>от ____________________________</w:t>
        <w:br/>
      </w:r>
      <w:r>
        <w:rPr>
          <w:sz w:val="22"/>
        </w:rPr>
        <w:t>(ФИО налогоплательщика)</w:t>
        <w:br/>
      </w:r>
      <w:r>
        <w:rPr>
          <w:sz w:val="22"/>
        </w:rPr>
        <w:t>ИНН: ____________________________</w:t>
        <w:br/>
      </w:r>
      <w:r>
        <w:rPr>
          <w:sz w:val="22"/>
        </w:rPr>
        <w:t>Адрес: __________________________</w:t>
        <w:br/>
      </w:r>
      <w:r>
        <w:rPr>
          <w:sz w:val="22"/>
        </w:rPr>
        <w:t>Тел.: ___________________________</w:t>
        <w:br/>
      </w:r>
    </w:p>
    <w:p>
      <w:pPr>
        <w:jc w:val="center"/>
      </w:pPr>
      <w:r>
        <w:rPr>
          <w:b/>
          <w:sz w:val="26"/>
        </w:rPr>
        <w:t>ЗАМЕЧАНИЯ</w:t>
        <w:br/>
        <w:t>на протокол рассмотрения материалов проверки</w:t>
        <w:br/>
        <w:t>(протокол налогового действия)</w:t>
      </w:r>
    </w:p>
    <w:p>
      <w:pPr>
        <w:jc w:val="center"/>
      </w:pPr>
      <w:r>
        <w:rPr>
          <w:i/>
          <w:sz w:val="20"/>
        </w:rPr>
        <w:t>(ст. 99, 101 НК РФ)</w:t>
      </w:r>
    </w:p>
    <w:p/>
    <w:p>
      <w:r>
        <w:rPr>
          <w:b/>
        </w:rPr>
        <w:t xml:space="preserve">Протокол: </w:t>
      </w:r>
      <w:r>
        <w:rPr>
          <w:i/>
        </w:rPr>
        <w:t>от «___» _________ 20___ г. (рассмотрение / допрос / осмотр / выемка)</w:t>
      </w:r>
    </w:p>
    <w:p>
      <w:r>
        <w:rPr>
          <w:b/>
        </w:rPr>
        <w:t xml:space="preserve">Составлен должностным лицом: </w:t>
      </w:r>
      <w:r>
        <w:rPr>
          <w:i/>
        </w:rPr>
        <w:t>ФИО, должность</w:t>
      </w:r>
    </w:p>
    <w:p>
      <w:r>
        <w:rPr>
          <w:b/>
        </w:rPr>
        <w:t xml:space="preserve">Дата получения копии протокола: </w:t>
      </w:r>
      <w:r>
        <w:rPr>
          <w:i/>
        </w:rPr>
        <w:t>«___» _________ 20___ г.</w:t>
      </w:r>
    </w:p>
    <w:p/>
    <w:p>
      <w:r>
        <w:rPr>
          <w:b/>
        </w:rPr>
        <w:t>Содержание обращения:</w:t>
      </w:r>
    </w:p>
    <w:p>
      <w:pPr>
        <w:pStyle w:val="ListBullet"/>
      </w:pPr>
      <w:r>
        <w:rPr>
          <w:b/>
        </w:rPr>
        <w:t>Пункт протокола / страница</w:t>
      </w:r>
      <w:r>
        <w:t xml:space="preserve"> — указать, где обнаружено расхождение</w:t>
      </w:r>
    </w:p>
    <w:p>
      <w:pPr>
        <w:pStyle w:val="ListBullet"/>
      </w:pPr>
      <w:r>
        <w:rPr>
          <w:b/>
        </w:rPr>
        <w:t>Что записано в протоколе</w:t>
      </w:r>
      <w:r>
        <w:t xml:space="preserve"> — цитата</w:t>
      </w:r>
    </w:p>
    <w:p>
      <w:pPr>
        <w:pStyle w:val="ListBullet"/>
      </w:pPr>
      <w:r>
        <w:rPr>
          <w:b/>
        </w:rPr>
        <w:t>Как было в действительности</w:t>
      </w:r>
      <w:r>
        <w:t xml:space="preserve"> — описание фактических обстоятельств</w:t>
      </w:r>
    </w:p>
    <w:p>
      <w:pPr>
        <w:pStyle w:val="ListBullet"/>
      </w:pPr>
      <w:r>
        <w:rPr>
          <w:b/>
        </w:rPr>
        <w:t>Что не отражено</w:t>
      </w:r>
      <w:r>
        <w:t xml:space="preserve"> — пояснения / ходатайства / документы / отказ ИФНС</w:t>
      </w:r>
    </w:p>
    <w:p>
      <w:pPr>
        <w:pStyle w:val="ListBullet"/>
      </w:pPr>
      <w:r>
        <w:rPr>
          <w:b/>
        </w:rPr>
        <w:t>Просьба</w:t>
      </w:r>
      <w:r>
        <w:t xml:space="preserve"> — приобщить замечания к материалам дела</w:t>
      </w:r>
    </w:p>
    <w:p/>
    <w:p>
      <w:r>
        <w:rPr>
          <w:b/>
        </w:rPr>
        <w:t>Приложения:</w:t>
      </w:r>
    </w:p>
    <w:p>
      <w:r>
        <w:t>1. ______________________________</w:t>
      </w:r>
    </w:p>
    <w:p>
      <w:r>
        <w:t>2. ______________________________</w:t>
      </w:r>
    </w:p>
    <w:p/>
    <w:p>
      <w:r>
        <w:t>Дата: «___» ____________ 20___ г.</w:t>
      </w:r>
    </w:p>
    <w:p/>
    <w:p>
      <w:r>
        <w:t>Подпись: _____________ / _________________________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