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[Президиум Верховного Суда Российской Федерации]</w:t>
        <w:br/>
      </w:r>
      <w:r>
        <w:t>От: [ФИО заявителя]</w:t>
        <w:br/>
        <w:t>ИНН: [ИНН заявителя]</w:t>
        <w:br/>
        <w:t>Адрес: [адрес заявителя]</w:t>
        <w:br/>
        <w:t>Тел.: [телефон заявителя]</w:t>
      </w:r>
    </w:p>
    <w:p>
      <w:pPr>
        <w:jc w:val="center"/>
      </w:pPr>
      <w:r>
        <w:rPr>
          <w:b/>
        </w:rPr>
        <w:t>НАДЗОРНАЯ ЖАЛОБА В ПРЕЗИДИУМ ВЕРХОВНОГО СУДА РФ</w:t>
      </w:r>
    </w:p>
    <w:p>
      <w:r>
        <w:t>[описание ситуации и обстоятельств обращения]</w:t>
      </w:r>
    </w:p>
    <w:p>
      <w:pPr>
        <w:pStyle w:val="ListBullet"/>
      </w:pPr>
      <w:r>
        <w:t>судебные акты: [указать]</w:t>
      </w:r>
    </w:p>
    <w:p>
      <w:pPr>
        <w:pStyle w:val="ListBullet"/>
      </w:pPr>
      <w:r>
        <w:t>исключительные нарушения: [указать]</w:t>
      </w:r>
    </w:p>
    <w:p>
      <w:pPr>
        <w:pStyle w:val="ListBullet"/>
      </w:pPr>
      <w:r>
        <w:t>публичная/правовая значимость: [указать]</w:t>
      </w:r>
    </w:p>
    <w:p>
      <w:pPr>
        <w:pStyle w:val="ListBullet"/>
      </w:pPr>
      <w:r>
        <w:t>просьба передать жалобу и пересмотреть акты: [указать]</w:t>
      </w:r>
    </w:p>
    <w:p>
      <w:r>
        <w:t>На основании глава 36 КАС РФ:</w:t>
      </w:r>
    </w:p>
    <w:p>
      <w:r>
        <w:rPr>
          <w:b/>
        </w:rPr>
        <w:t>ПРОШУ:</w:t>
      </w:r>
    </w:p>
    <w:p>
      <w:r>
        <w:t>[просительная часть]</w:t>
      </w:r>
    </w:p>
    <w:p>
      <w:r>
        <w:t>Приложения:</w:t>
      </w:r>
    </w:p>
    <w:p>
      <w:pPr>
        <w:pStyle w:val="ListBullet"/>
      </w:pPr>
      <w:r>
        <w:t>[перечень приложений]</w:t>
      </w:r>
    </w:p>
    <w:p>
      <w:r>
        <w:br/>
        <w:t>«___» __________ 20__ г.        ____________ / [ФИО заявителя]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