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подразделения ФССП]</w:t>
      </w:r>
    </w:p>
    <w:p>
      <w:pPr>
        <w:jc w:val="right"/>
      </w:pPr>
      <w:r>
        <w:t>Старшему судебному приставу /</w:t>
      </w:r>
    </w:p>
    <w:p>
      <w:pPr>
        <w:jc w:val="right"/>
      </w:pPr>
      <w:r>
        <w:t>Судебному приставу-исполнителю [ФИО пристава]</w:t>
      </w:r>
    </w:p>
    <w:p>
      <w:pPr>
        <w:jc w:val="right"/>
      </w:pPr>
      <w:r>
        <w:t>От: [ФИО заявителя]</w:t>
      </w:r>
    </w:p>
    <w:p>
      <w:pPr>
        <w:jc w:val="right"/>
      </w:pPr>
      <w:r>
        <w:t>Паспорт: [серия, номер, кем выдан]</w:t>
      </w:r>
    </w:p>
    <w:p>
      <w:pPr>
        <w:jc w:val="right"/>
      </w:pPr>
      <w:r>
        <w:t>ИНН: [номер]</w:t>
      </w:r>
    </w:p>
    <w:p>
      <w:pPr>
        <w:jc w:val="right"/>
      </w:pPr>
      <w:r>
        <w:t>Адрес: [адрес регистрации и почтовый]</w:t>
      </w:r>
    </w:p>
    <w:p>
      <w:pPr>
        <w:jc w:val="right"/>
      </w:pPr>
      <w:r>
        <w:t>Тел.: [телефон]</w:t>
      </w:r>
    </w:p>
    <w:p>
      <w:pPr>
        <w:jc w:val="center"/>
      </w:pPr>
      <w:r>
        <w:rPr>
          <w:b/>
        </w:rPr>
        <w:t>**ЗАЯВЛЕНИЕ</w:t>
      </w:r>
    </w:p>
    <w:p>
      <w:r>
        <w:t>о возврате денежных средств с депозитного счета подразделения ФССП**</w:t>
      </w:r>
    </w:p>
    <w:p/>
    <w:p>
      <w:r>
        <w:t>В производстве [наименование РОСП] находится (находилось) исполнительное производство № [номер ИП] от [дата], возбужденное на основании [указать исполнительный лист / судебный приказ], выданного [наименование суда].</w:t>
      </w:r>
    </w:p>
    <w:p/>
    <w:p>
      <w:r>
        <w:t>В ходе исполнения «___» ________ 202_ г. со счета должника № [номер счета] в [наименование банка] (или иным способом) были взысканы денежные средства в размере [сумма] руб.</w:t>
      </w:r>
    </w:p>
    <w:p/>
    <w:p>
      <w:r>
        <w:t>Настоящим сообщаю, что основание для взыскания указанной суммы отпало в связи с:</w:t>
      </w:r>
    </w:p>
    <w:p>
      <w:r>
        <w:t>[выбрать нужное: отмена судебного приказа / отмена решения суда апелляционной инстанцией / прекращение ИП в связи с... / излишнее взыскание средств].</w:t>
      </w:r>
    </w:p>
    <w:p>
      <w:r>
        <w:t>Документ-основание: [наименование, дата и номер акта].</w:t>
      </w:r>
    </w:p>
    <w:p/>
    <w:p>
      <w:r>
        <w:t>В соответствии с ч. 1 ст. 110 Федерального закона от 02.10.2007 № 229-ФЗ «Об исполнительном производстве», денежные средства, взысканные с должника, подлежат возврату в случае отмены исполнительного документа или прекращения исполнительного производства. Согласно ч. 11 ст. 110 ФЗ № 229-ФЗ, возврат осуществляется в течение 5 операционных дней.</w:t>
      </w:r>
    </w:p>
    <w:p/>
    <w:p>
      <w:r>
        <w:t>На основании изложенного, руководствуясь ст. 110 ФЗ № 229-ФЗ,</w:t>
      </w:r>
    </w:p>
    <w:p/>
    <w:p>
      <w:r>
        <w:t>**ПРОШУ:**</w:t>
      </w:r>
    </w:p>
    <w:p/>
    <w:p>
      <w:pPr>
        <w:pStyle w:val="ListNumber"/>
      </w:pPr>
      <w:r>
        <w:t>1. Произвести возврат денежных средств в сумме [сумма] руб.</w:t>
      </w:r>
    </w:p>
    <w:p>
      <w:pPr>
        <w:pStyle w:val="ListNumber"/>
      </w:pPr>
      <w:r>
        <w:t>2. Перечислить денежные средства по следующим реквизитам:</w:t>
      </w:r>
    </w:p>
    <w:p>
      <w:pPr>
        <w:pStyle w:val="ListBullet"/>
      </w:pPr>
      <w:r>
        <w:t>Получатель: [ФИО полностью]</w:t>
      </w:r>
    </w:p>
    <w:p>
      <w:pPr>
        <w:pStyle w:val="ListBullet"/>
      </w:pPr>
      <w:r>
        <w:t>Номер счета: [20 знаков]</w:t>
      </w:r>
    </w:p>
    <w:p>
      <w:pPr>
        <w:pStyle w:val="ListBullet"/>
      </w:pPr>
      <w:r>
        <w:t>Банк получателя: [наименование]</w:t>
      </w:r>
    </w:p>
    <w:p>
      <w:pPr>
        <w:pStyle w:val="ListBullet"/>
      </w:pPr>
      <w:r>
        <w:t>БИК: [9 знаков]</w:t>
      </w:r>
    </w:p>
    <w:p>
      <w:pPr>
        <w:pStyle w:val="ListBullet"/>
      </w:pPr>
      <w:r>
        <w:t>Корр. счет: [20 знаков]</w:t>
      </w:r>
    </w:p>
    <w:p/>
    <w:p>
      <w:r>
        <w:t>**Приложения:**</w:t>
      </w:r>
    </w:p>
    <w:p>
      <w:pPr>
        <w:pStyle w:val="ListNumber"/>
      </w:pPr>
      <w:r>
        <w:t>1. Копия судебного акта об отмене исполнения (с отметкой о вступлении в силу, если требуется).</w:t>
      </w:r>
    </w:p>
    <w:p>
      <w:pPr>
        <w:pStyle w:val="ListNumber"/>
      </w:pPr>
      <w:r>
        <w:t>2. Копия постановления о прекращении исполнительного производства (при наличии).</w:t>
      </w:r>
    </w:p>
    <w:p>
      <w:pPr>
        <w:pStyle w:val="ListNumber"/>
      </w:pPr>
      <w:r>
        <w:t>3. Справка из банка (выписка), подтверждающая факт и дату списания средств.</w:t>
      </w:r>
    </w:p>
    <w:p>
      <w:pPr>
        <w:pStyle w:val="ListNumber"/>
      </w:pPr>
      <w:r>
        <w:t>4. Копия паспорта заявителя.</w:t>
      </w:r>
    </w:p>
    <w:p/>
    <w:p>
      <w:r>
        <w:t>«___» __________ 202_ г.        ____________ / [ФИО заявителя]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