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В [наименование ОСП УФССП России по региону]</w:t>
      </w:r>
    </w:p>
    <w:p>
      <w:pPr>
        <w:jc w:val="right"/>
      </w:pPr>
      <w:r>
        <w:t>Адрес: [адрес подразделения]</w:t>
      </w:r>
    </w:p>
    <w:p>
      <w:pPr>
        <w:jc w:val="right"/>
      </w:pPr>
      <w:r>
        <w:t>Судебному приставу-исполнителю [ФИО пристава, если известно]</w:t>
      </w:r>
    </w:p>
    <w:p>
      <w:pPr>
        <w:jc w:val="right"/>
      </w:pPr>
      <w:r>
        <w:t>От: [ФИО полностью]</w:t>
      </w:r>
    </w:p>
    <w:p>
      <w:pPr>
        <w:jc w:val="right"/>
      </w:pPr>
      <w:r>
        <w:t>Дата рождения: [дд.мм.гггг]</w:t>
      </w:r>
    </w:p>
    <w:p>
      <w:pPr>
        <w:jc w:val="right"/>
      </w:pPr>
      <w:r>
        <w:t>СНИЛС: [номер]</w:t>
      </w:r>
    </w:p>
    <w:p>
      <w:pPr>
        <w:jc w:val="right"/>
      </w:pPr>
      <w:r>
        <w:t>ИНН: [ИНН]</w:t>
      </w:r>
    </w:p>
    <w:p>
      <w:pPr>
        <w:jc w:val="right"/>
      </w:pPr>
      <w:r>
        <w:t>Адрес регистрации: [адрес]</w:t>
      </w:r>
    </w:p>
    <w:p>
      <w:pPr>
        <w:jc w:val="right"/>
      </w:pPr>
      <w:r>
        <w:t>Тел.: [номер телефона]</w:t>
      </w:r>
    </w:p>
    <w:p>
      <w:pPr>
        <w:jc w:val="right"/>
      </w:pPr>
      <w:r>
        <w:t>В рамках исполнительного производства № [номер ИП]</w:t>
      </w:r>
    </w:p>
    <w:p>
      <w:pPr>
        <w:jc w:val="center"/>
      </w:pPr>
      <w:r>
        <w:rPr>
          <w:b/>
        </w:rPr>
        <w:t>ЗАЯВЛЕНИЕ</w:t>
      </w:r>
    </w:p>
    <w:p>
      <w:r>
        <w:t>о сохранении заработной платы и иных доходов ежемесячно в размере прожиточного минимума</w:t>
      </w:r>
    </w:p>
    <w:p/>
    <w:p>
      <w:r>
        <w:t>В отношении меня ведется исполнительное производство № [номер]. В качестве основного источника дохода я получаю [указать: заработную плату / пенсию / иное] в размере [сумма] руб. Удержания производятся в размере [указать %].</w:t>
      </w:r>
    </w:p>
    <w:p/>
    <w:p>
      <w:r>
        <w:t>На основании ст. 4, ч. 5.1, 5.2 ст. 69, ст. 99 Федерального закона от 02.10.2007 № 229-ФЗ «Об исполнительном производстве» и ст. 446 ГПК РФ,</w:t>
      </w:r>
    </w:p>
    <w:p/>
    <w:p>
      <w:r>
        <w:rPr>
          <w:b/>
        </w:rPr>
        <w:t>ПРОШУ:</w:t>
      </w:r>
    </w:p>
    <w:p>
      <w:pPr>
        <w:pStyle w:val="ListNumber"/>
      </w:pPr>
      <w:r>
        <w:t>1. Сохранять ежемесячно заработную плату и иные доходы в размере прожиточного минимума [указать: трудоспособного населения в целом по РФ / пенсионера в целом по РФ / или по региону (название региона)], установленного на текущий год, при обращении взыскания на мои доходы.</w:t>
      </w:r>
    </w:p>
    <w:p>
      <w:pPr>
        <w:pStyle w:val="ListNumber"/>
      </w:pPr>
      <w:r>
        <w:t>2. Ограничить удержания из доходов по исполнительному производству № [номер] таким образом, чтобы остаток денежных средств был не ниже вышеуказанной величины.</w:t>
      </w:r>
    </w:p>
    <w:p>
      <w:pPr>
        <w:pStyle w:val="ListNumber"/>
      </w:pPr>
      <w:r>
        <w:t>3. Применять указанный порядок сохранения денежных средств к счету:</w:t>
      </w:r>
    </w:p>
    <w:p>
      <w:pPr>
        <w:pStyle w:val="ListBullet"/>
      </w:pPr>
      <w:r>
        <w:t>Банк: [наименование банка]</w:t>
      </w:r>
    </w:p>
    <w:p>
      <w:pPr>
        <w:pStyle w:val="ListBullet"/>
      </w:pPr>
      <w:r>
        <w:t>Номер счета: [20-значный номер счета]</w:t>
      </w:r>
    </w:p>
    <w:p>
      <w:pPr>
        <w:pStyle w:val="ListBullet"/>
      </w:pPr>
      <w:r>
        <w:t>БИК: [номер]</w:t>
      </w:r>
    </w:p>
    <w:p/>
    <w:p>
      <w:r>
        <w:rPr>
          <w:b/>
        </w:rPr>
        <w:t>Приложения:</w:t>
      </w:r>
    </w:p>
    <w:p>
      <w:pPr>
        <w:pStyle w:val="ListNumber"/>
      </w:pPr>
      <w:r>
        <w:t>1. Справка о доходах (2-НДФЛ / из СФР).</w:t>
      </w:r>
    </w:p>
    <w:p>
      <w:pPr>
        <w:pStyle w:val="ListNumber"/>
      </w:pPr>
      <w:r>
        <w:t>2. Выписка по банковскому счету.</w:t>
      </w:r>
    </w:p>
    <w:p>
      <w:pPr>
        <w:pStyle w:val="ListNumber"/>
      </w:pPr>
      <w:r>
        <w:t>3. Копия паспорта.</w:t>
      </w:r>
    </w:p>
    <w:p/>
    <w:p>
      <w:r>
        <w:t>«___» __________ 2026 г.        ____________ / [ФИО]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