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ОСП по _________________________________</w:t>
      </w:r>
    </w:p>
    <w:p>
      <w:pPr>
        <w:jc w:val="right"/>
      </w:pPr>
      <w:r>
        <w:t>(наименование территориального отдела ФССП)</w:t>
      </w:r>
    </w:p>
    <w:p>
      <w:pPr>
        <w:jc w:val="right"/>
      </w:pPr>
      <w:r>
        <w:t>Адрес: ___________________________________</w:t>
      </w:r>
    </w:p>
    <w:p>
      <w:pPr>
        <w:jc w:val="right"/>
      </w:pPr>
      <w:r>
        <w:t>Судебному приставу-исполнителю</w:t>
      </w:r>
    </w:p>
    <w:p>
      <w:pPr>
        <w:jc w:val="right"/>
      </w:pPr>
      <w:r>
        <w:t>__________________________________________</w:t>
      </w:r>
    </w:p>
    <w:p>
      <w:pPr>
        <w:jc w:val="right"/>
      </w:pPr>
      <w:r>
        <w:t>(ФИО пристава, если известно)</w:t>
      </w:r>
    </w:p>
    <w:p>
      <w:pPr>
        <w:jc w:val="right"/>
      </w:pPr>
      <w:r>
        <w:t>Старшему судебному приставу (для контроля)</w:t>
      </w:r>
    </w:p>
    <w:p>
      <w:pPr>
        <w:jc w:val="right"/>
      </w:pPr>
      <w:r>
        <w:t>От Должника: ____________________________</w:t>
      </w:r>
    </w:p>
    <w:p>
      <w:pPr>
        <w:jc w:val="right"/>
      </w:pPr>
      <w:r>
        <w:t>(ФИО полностью)</w:t>
      </w:r>
    </w:p>
    <w:p>
      <w:pPr>
        <w:jc w:val="right"/>
      </w:pPr>
      <w:r>
        <w:t>Дата рождения: __________________________</w:t>
      </w:r>
    </w:p>
    <w:p>
      <w:pPr>
        <w:jc w:val="right"/>
      </w:pPr>
      <w:r>
        <w:t>Паспорт: серия ________ № 12345</w:t>
      </w:r>
    </w:p>
    <w:p>
      <w:pPr>
        <w:jc w:val="right"/>
      </w:pPr>
      <w:r>
        <w:t>СНИЛС: __________________________________</w:t>
      </w:r>
    </w:p>
    <w:p>
      <w:pPr>
        <w:jc w:val="right"/>
      </w:pPr>
      <w:r>
        <w:t>ИНН: ____________________________________</w:t>
      </w:r>
    </w:p>
    <w:p>
      <w:pPr>
        <w:jc w:val="right"/>
      </w:pPr>
      <w:r>
        <w:t>Адрес регистрации: ______________________</w:t>
      </w:r>
    </w:p>
    <w:p>
      <w:pPr>
        <w:jc w:val="right"/>
      </w:pPr>
      <w:r>
        <w:t>Тел.: ___________________________________</w:t>
      </w:r>
    </w:p>
    <w:p>
      <w:pPr>
        <w:jc w:val="center"/>
      </w:pPr>
      <w:r>
        <w:rPr>
          <w:b/>
        </w:rPr>
        <w:t>ЗАЯВЛЕНИЕ</w:t>
      </w:r>
    </w:p>
    <w:p>
      <w:r>
        <w:t>о снятии ограничений и запретов в связи с исполнением обязательств</w:t>
      </w:r>
    </w:p>
    <w:p>
      <w:pPr>
        <w:jc w:val="center"/>
      </w:pPr>
      <w:r>
        <w:rPr>
          <w:i/>
        </w:rPr>
        <w:t>(в порядке ст. 47, 64, 69.1, 80 Федерального закона от 02.10.2007 № 229-ФЗ)</w:t>
      </w:r>
    </w:p>
    <w:p/>
    <w:p>
      <w:r>
        <w:t>В производстве ОСП находится исполнительное производство (далее — ИП) № 12345 от «___» _________ 20___ г., возбужденное на основании _________________________________ (указать исполнительный документ).</w:t>
      </w:r>
    </w:p>
    <w:p/>
    <w:p>
      <w:r>
        <w:t>В рамках указанного ИП были наложены следующие ограничения:</w:t>
      </w:r>
    </w:p>
    <w:p/>
    <w:p>
      <w:r>
        <w:t>Настоящим сообщаю, что основания для сохранения указанных ограничений отпали в связи с (выбрать нужное):</w:t>
      </w:r>
    </w:p>
    <w:p/>
    <w:p>
      <w:r>
        <w:t>На основании ч. 4 ст. 47, ч. 1 ст. 12, ст. 64 ФЗ-229 «Об исполнительном производстве»,</w:t>
      </w:r>
    </w:p>
    <w:p/>
    <w:p>
      <w:r>
        <w:rPr>
          <w:b/>
        </w:rPr>
        <w:t>ПРОШУ:</w:t>
      </w:r>
    </w:p>
    <w:p>
      <w:pPr>
        <w:pStyle w:val="ListNumber"/>
      </w:pPr>
      <w:r>
        <w:t>1. Вынести постановление о снятии всех ранее наложенных ограничений и запретов в рамках ИП № 12345.</w:t>
      </w:r>
    </w:p>
    <w:p>
      <w:pPr>
        <w:pStyle w:val="ListNumber"/>
      </w:pPr>
      <w:r>
        <w:t>2. Незамедлительно направить копию постановления о снятии ограничений в электронной форме посредством СМЭВ в:</w:t>
      </w:r>
    </w:p>
    <w:p>
      <w:pPr>
        <w:pStyle w:val="ListBullet"/>
      </w:pPr>
      <w:r>
        <w:t>Федеральную службу государственной регистрации, кадастра и картографии (Росреестр);</w:t>
      </w:r>
    </w:p>
    <w:p>
      <w:pPr>
        <w:pStyle w:val="ListBullet"/>
      </w:pPr>
      <w:r>
        <w:t>ГИБДД МВД России;</w:t>
      </w:r>
    </w:p>
    <w:p>
      <w:pPr>
        <w:pStyle w:val="ListBullet"/>
      </w:pPr>
      <w:r>
        <w:t>Банк _____________________________________.</w:t>
      </w:r>
    </w:p>
    <w:p>
      <w:pPr>
        <w:pStyle w:val="ListNumber"/>
      </w:pPr>
      <w:r>
        <w:t>3. Отменить меры по взысканию исполнительского сбора (в случае добровольного погашения).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паспорта должника.</w:t>
      </w:r>
    </w:p>
    <w:p>
      <w:pPr>
        <w:pStyle w:val="ListNumber"/>
      </w:pPr>
      <w:r>
        <w:t>2. Документ, подтверждающий оплату (квитанция, выписка, справка о сальдо ЕНС).</w:t>
      </w:r>
    </w:p>
    <w:p>
      <w:pPr>
        <w:pStyle w:val="ListNumber"/>
      </w:pPr>
      <w:r>
        <w:t>3. Копия акта об отмене судебного акта (если применимо).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