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Старшему судебному приставу</w:t>
      </w:r>
    </w:p>
    <w:p>
      <w:pPr>
        <w:jc w:val="right"/>
      </w:pPr>
      <w:r>
        <w:t>[Наименование отдела службы судебных приставов, куда подается жалоба]</w:t>
      </w:r>
    </w:p>
    <w:p>
      <w:pPr>
        <w:jc w:val="right"/>
      </w:pPr>
      <w:r>
        <w:t>[Ф.И.О. старшего судебного пристава, если известно]</w:t>
      </w:r>
    </w:p>
    <w:p>
      <w:pPr>
        <w:jc w:val="right"/>
      </w:pPr>
      <w:r>
        <w:t>Адрес: [адрес отдела судебных приставов]</w:t>
      </w:r>
    </w:p>
    <w:p>
      <w:pPr>
        <w:jc w:val="right"/>
      </w:pPr>
      <w:r>
        <w:t>От (Должника/Взыскателя):</w:t>
      </w:r>
    </w:p>
    <w:p>
      <w:pPr>
        <w:jc w:val="right"/>
      </w:pPr>
      <w:r>
        <w:t>[Ф.И.О. заявителя полностью]</w:t>
      </w:r>
    </w:p>
    <w:p>
      <w:pPr>
        <w:jc w:val="right"/>
      </w:pPr>
      <w:r>
        <w:t>Дата рождения: [дд.мм.гггг]</w:t>
      </w:r>
    </w:p>
    <w:p>
      <w:pPr>
        <w:jc w:val="right"/>
      </w:pPr>
      <w:r>
        <w:t>Паспорт: [серия и номер, кем и когда выдан]</w:t>
      </w:r>
    </w:p>
    <w:p>
      <w:pPr>
        <w:jc w:val="right"/>
      </w:pPr>
      <w:r>
        <w:t>СНИЛС: [номер]</w:t>
      </w:r>
    </w:p>
    <w:p>
      <w:pPr>
        <w:jc w:val="right"/>
      </w:pPr>
      <w:r>
        <w:t>ИНН: [номер]</w:t>
      </w:r>
    </w:p>
    <w:p>
      <w:pPr>
        <w:jc w:val="right"/>
      </w:pPr>
      <w:r>
        <w:t>Адрес регистрации: [почтовый индекс, полный адрес]</w:t>
      </w:r>
    </w:p>
    <w:p>
      <w:pPr>
        <w:jc w:val="right"/>
      </w:pPr>
      <w:r>
        <w:t>Телефон: [номер телефона]</w:t>
      </w:r>
    </w:p>
    <w:p>
      <w:pPr>
        <w:jc w:val="right"/>
      </w:pPr>
      <w:r>
        <w:t>E-mail: [адрес электронной почты]</w:t>
      </w:r>
    </w:p>
    <w:p>
      <w:pPr>
        <w:jc w:val="center"/>
      </w:pPr>
      <w:r>
        <w:rPr>
          <w:b/>
        </w:rPr>
        <w:t>ЖАЛОБА</w:t>
      </w:r>
    </w:p>
    <w:p>
      <w:r>
        <w:t>в порядке подчиненности на действия (бездействие) судебного пристава-исполнителя</w:t>
      </w:r>
    </w:p>
    <w:p>
      <w:pPr>
        <w:jc w:val="center"/>
      </w:pPr>
      <w:r>
        <w:rPr>
          <w:i/>
        </w:rPr>
        <w:t>(в соответствии с главой 18 Федерального закона от 02.10.2007 № 229-ФЗ)</w:t>
      </w:r>
    </w:p>
    <w:p/>
    <w:p>
      <w:r>
        <w:t>В производстве [наименование ОСП] находится исполнительное производство № [номер ИП, например: 112233/24/77001-ИП] от [дата возбуждения ИП], возбужденное на основании исполнительного документа [наименование, номер, дата документа, кем выдан] о взыскании [предмет исполнения, например: задолженности по налогам в размере...] с [Ф.И.О. должника] в пользу [наименование взыскателя, например: ИФНС России №...].</w:t>
      </w:r>
    </w:p>
    <w:p/>
    <w:p>
      <w:r>
        <w:t>Судебным приставом-исполнителем [Ф.И.О. пристава] [дата] было совершено следующее действие / допущено бездействие / вынесено постановление:</w:t>
      </w:r>
    </w:p>
    <w:p>
      <w:r>
        <w:t>[Подробно описать, что именно обжалуется. Например: не вынесено постановление об окончании исполнительного производства после полной оплаты долга и не сняты аресты с банковских счетов; списаны денежные средства, являющиеся социальным пособием и т.д.].</w:t>
      </w:r>
    </w:p>
    <w:p/>
    <w:p>
      <w:r>
        <w:t>Считаю указанные действия (бездействие, постановление) незаконными и нарушающими мои права по следующим основаниям:</w:t>
      </w:r>
    </w:p>
    <w:p>
      <w:r>
        <w:t>[Изложить доводы со ссылками на закон. Например: В соответствии с п. 1 ч. 1 ст. 47 ФЗ № 229-ФЗ исполнительное производство оканчивается фактическим исполнением. Долг был полностью оплачен мной [дата], что подтверждается чеком. Согласно ч. 4 ст. 47 ФЗ № 229-ФЗ при окончании производства отменяются все ограничения и аресты. Однако до настоящего времени арест со счетов не снят].</w:t>
      </w:r>
    </w:p>
    <w:p/>
    <w:p>
      <w:r>
        <w:t>На основании изложенного, руководствуясь ст. 121 - 124 Федерального закона от 02.10.2007 № 229-ФЗ «Об исполнительном производстве»,</w:t>
      </w:r>
    </w:p>
    <w:p/>
    <w:p>
      <w:r>
        <w:rPr>
          <w:b/>
        </w:rPr>
        <w:t>ПРОШУ:</w:t>
      </w:r>
    </w:p>
    <w:p>
      <w:pPr>
        <w:pStyle w:val="ListNumber"/>
      </w:pPr>
      <w:r>
        <w:t>1. Признать незаконным действие (бездействие) / постановление от [дата] судебного пристава-исполнителя [Ф.И.О. пристава] по исполнительному производству № [номер ИП].</w:t>
      </w:r>
    </w:p>
    <w:p>
      <w:pPr>
        <w:pStyle w:val="ListNumber"/>
      </w:pPr>
      <w:r>
        <w:t>2. Отменить постановление от [дата] / обязать судебного пристава-исполнителя [Ф.И.О. пристава] совершить необходимые действия [указать какие: окончить исполнительное производство, снять аресты с банковских счетов, вернуть незаконно удержанные денежные средства].</w:t>
      </w:r>
    </w:p>
    <w:p>
      <w:pPr>
        <w:pStyle w:val="ListNumber"/>
      </w:pPr>
      <w:r>
        <w:t>3. О результатах рассмотрения жалобы сообщить мне в установленный законом 10-дневный срок по указанному адресу электронной почты.</w:t>
      </w:r>
    </w:p>
    <w:p/>
    <w:p>
      <w:r>
        <w:rPr>
          <w:b/>
        </w:rPr>
        <w:t>Приложение:</w:t>
      </w:r>
    </w:p>
    <w:p>
      <w:pPr>
        <w:pStyle w:val="ListNumber"/>
      </w:pPr>
      <w:r>
        <w:t>1. Копия постановления о возбуждении исполнительного производства (если имеется);</w:t>
      </w:r>
    </w:p>
    <w:p>
      <w:pPr>
        <w:pStyle w:val="ListNumber"/>
      </w:pPr>
      <w:r>
        <w:t>2. Документы, подтверждающие доводы жалобы (копии квитанций об оплате, выписки из банка, справки о назначении пособий, скриншоты с Госуслуг);</w:t>
      </w:r>
    </w:p>
    <w:p>
      <w:pPr>
        <w:pStyle w:val="ListNumber"/>
      </w:pPr>
      <w:r>
        <w:t>3. Иные документы, имеющие значение для рассмотрения жалобы.</w:t>
      </w:r>
    </w:p>
    <w:p/>
    <w:p>
      <w:r>
        <w:t>«___» _________ 20___ г.               ______________ / __________________</w:t>
      </w:r>
    </w:p>
    <w:p>
      <w:pPr>
        <w:jc w:val="center"/>
      </w:pPr>
      <w:r>
        <w:rPr>
          <w:i/>
        </w:rPr>
        <w:t>(подпись)        (расшифровка)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