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Инспекцию ФНС России № [код] по [наименование города/района]</w:t>
      </w:r>
    </w:p>
    <w:p>
      <w:pPr>
        <w:jc w:val="right"/>
      </w:pPr>
      <w:r>
        <w:t>от [ФИО полностью]</w:t>
      </w:r>
    </w:p>
    <w:p>
      <w:pPr>
        <w:jc w:val="right"/>
      </w:pPr>
      <w:r>
        <w:t>ИНН: [12 цифр]</w:t>
      </w:r>
    </w:p>
    <w:p>
      <w:pPr>
        <w:jc w:val="right"/>
      </w:pPr>
      <w:r>
        <w:t>Дата рождения: [дд.мм.гггг]</w:t>
      </w:r>
    </w:p>
    <w:p>
      <w:pPr>
        <w:jc w:val="right"/>
      </w:pPr>
      <w:r>
        <w:t>Место рождения: [как в паспорте]</w:t>
      </w:r>
    </w:p>
    <w:p>
      <w:pPr>
        <w:jc w:val="right"/>
      </w:pPr>
      <w:r>
        <w:t>Документ, удостоверяющий личность: [вид, серия, номер, кем и когда выдан]</w:t>
      </w:r>
    </w:p>
    <w:p>
      <w:pPr>
        <w:jc w:val="right"/>
      </w:pPr>
      <w:r>
        <w:t>Телефон: [номер]</w:t>
      </w:r>
    </w:p>
    <w:p>
      <w:pPr>
        <w:jc w:val="center"/>
      </w:pPr>
      <w:r>
        <w:rPr>
          <w:b/>
        </w:rPr>
        <w:t>ЗАЯВЛЕНИЕ</w:t>
      </w:r>
    </w:p>
    <w:p>
      <w:r>
        <w:t>о гибели или уничтожении объекта налогообложения по налогу на имущество физических лиц</w:t>
      </w:r>
    </w:p>
    <w:p>
      <w:pPr>
        <w:jc w:val="center"/>
      </w:pPr>
      <w:r>
        <w:rPr>
          <w:i/>
        </w:rPr>
        <w:t>(форма по КНД 1150075)</w:t>
      </w:r>
    </w:p>
    <w:p/>
    <w:p>
      <w:r>
        <w:t>В соответствии с пунктом 2.1 статьи 408 Налогового кодекса Российской Федерации прошу прекратить исчисление налога на имущество физических лиц в связи с гибелью (уничтожением) объекта:</w:t>
      </w:r>
    </w:p>
    <w:p/>
    <w:p>
      <w:pPr>
        <w:pStyle w:val="ListNumber"/>
      </w:pPr>
      <w:r>
        <w:t>1. СВЕДЕНИЯ ОБ ОБЪЕКТЕ:</w:t>
      </w:r>
    </w:p>
    <w:p>
      <w:pPr>
        <w:pStyle w:val="ListBullet"/>
      </w:pPr>
      <w:r>
        <w:t>Вид объекта: [например, Жилой дом / Гараж]</w:t>
      </w:r>
    </w:p>
    <w:p>
      <w:pPr>
        <w:pStyle w:val="ListBullet"/>
      </w:pPr>
      <w:r>
        <w:t>Кадастровый номер: [__:__:_______:____] (при отсутствии — инвентарный номер и адрес)</w:t>
      </w:r>
    </w:p>
    <w:p>
      <w:pPr>
        <w:pStyle w:val="ListBullet"/>
      </w:pPr>
      <w:r>
        <w:t>Адрес объекта (согласно документам): [индекс, регион, район/г.о., населенный пункт, улица, дом]</w:t>
      </w:r>
    </w:p>
    <w:p/>
    <w:p>
      <w:pPr>
        <w:pStyle w:val="ListNumber"/>
      </w:pPr>
      <w:r>
        <w:t>2. СВЕДЕНИЯ О ГИБЕЛИ (УНИЧТОЖЕНИИ):</w:t>
      </w:r>
    </w:p>
    <w:p>
      <w:pPr>
        <w:pStyle w:val="ListBullet"/>
      </w:pPr>
      <w:r>
        <w:t>Дата гибели/уничтожения: [дд.мм.гггг]</w:t>
      </w:r>
    </w:p>
    <w:p>
      <w:pPr>
        <w:pStyle w:val="ListBullet"/>
      </w:pPr>
      <w:r>
        <w:t>Причина: [пожар / стихийное бедствие / снос / иное (указать)]</w:t>
      </w:r>
    </w:p>
    <w:p/>
    <w:p>
      <w:pPr>
        <w:pStyle w:val="ListNumber"/>
      </w:pPr>
      <w:r>
        <w:t>3. СВЕДЕНИЯ О ДОКУМЕНТЕ, ПОДТВЕРЖДАЮЩЕМ ФАКТ ГИБЕЛИ/УНИЧТОЖЕНИЯ*:</w:t>
      </w:r>
    </w:p>
    <w:p>
      <w:pPr>
        <w:pStyle w:val="ListBullet"/>
      </w:pPr>
      <w:r>
        <w:t>Наименование документа: [например, Справка МЧС / Акт обследования кадастрового инженера]</w:t>
      </w:r>
    </w:p>
    <w:p>
      <w:pPr>
        <w:pStyle w:val="ListBullet"/>
      </w:pPr>
      <w:r>
        <w:t>Полное наименование органа (организации), выдавшего документ: [название учреждения]</w:t>
      </w:r>
    </w:p>
    <w:p>
      <w:pPr>
        <w:pStyle w:val="ListBullet"/>
      </w:pPr>
      <w:r>
        <w:t>Дата выдачи: [дд.мм.гггг]</w:t>
      </w:r>
    </w:p>
    <w:p>
      <w:pPr>
        <w:pStyle w:val="ListBullet"/>
      </w:pPr>
      <w:r>
        <w:t>Номер документа: [номер]</w:t>
      </w:r>
    </w:p>
    <w:p/>
    <w:p>
      <w:r>
        <w:t>*Примечание: Копию документа прилагаю. В случае отсутствия документа прошу самостоятельно запросить сведения в компетентных органах на основании абз. 3 п. 2.1 ст. 408 НК РФ.</w:t>
      </w:r>
    </w:p>
    <w:p/>
    <w:p>
      <w:pPr>
        <w:pStyle w:val="ListNumber"/>
      </w:pPr>
      <w:r>
        <w:t>4. РЕЗУЛЬТАТ РАССМОТРЕНИЯ ПРОШУ НАПРАВИТЬ:</w:t>
      </w:r>
    </w:p>
    <w:p>
      <w:r>
        <w:rPr>
          <w:i/>
        </w:rPr>
        <w:t>[указать способ: в Личный кабинет налогоплательщика / почтовым отправлением / выдать лично]</w:t>
      </w:r>
    </w:p>
    <w:p/>
    <w:p>
      <w:r>
        <w:t>Настоящим подтверждаю достоверность и полноту представленных сведений.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документа, подтверждающего факт гибели или уничтожения объекта, либо пояснение о необходимости межведомственного запроса.</w:t>
      </w:r>
    </w:p>
    <w:p/>
    <w:p>
      <w:r>
        <w:t>Дата: «___» ____________ 202__ г.</w:t>
      </w:r>
    </w:p>
    <w:p/>
    <w:p>
      <w:r>
        <w:t>Подпись: ___________ / [Фамилия И.О.]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