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ГБУ «[Название учреждения по кадастровой оценке субъекта РФ]»</w:t>
      </w:r>
    </w:p>
    <w:p>
      <w:pPr>
        <w:jc w:val="right"/>
      </w:pPr>
      <w:r>
        <w:t>Адрес: [Индекс, адрес ГБУ]</w:t>
      </w:r>
    </w:p>
    <w:p>
      <w:pPr>
        <w:jc w:val="right"/>
      </w:pPr>
      <w:r>
        <w:t>От заявителя: [ФИО полностью]</w:t>
      </w:r>
    </w:p>
    <w:p>
      <w:pPr>
        <w:jc w:val="right"/>
      </w:pPr>
      <w:r>
        <w:t>СНИЛС: [000-000-000 00]</w:t>
      </w:r>
    </w:p>
    <w:p>
      <w:pPr>
        <w:jc w:val="right"/>
      </w:pPr>
      <w:r>
        <w:t>ИНН: [12 цифр]</w:t>
      </w:r>
    </w:p>
    <w:p>
      <w:pPr>
        <w:jc w:val="right"/>
      </w:pPr>
      <w:r>
        <w:t>Документ, удостоверяющий личность: [серия, номер, кем и когда выдан]</w:t>
      </w:r>
    </w:p>
    <w:p>
      <w:pPr>
        <w:jc w:val="right"/>
      </w:pPr>
      <w:r>
        <w:t>Адрес для корреспонденции: [Индекс, адрес, e-mail]</w:t>
      </w:r>
    </w:p>
    <w:p>
      <w:pPr>
        <w:jc w:val="right"/>
      </w:pPr>
      <w:r>
        <w:t>Телефон: [Номер телефона]</w:t>
      </w:r>
    </w:p>
    <w:p>
      <w:pPr>
        <w:jc w:val="center"/>
      </w:pPr>
      <w:r>
        <w:rPr>
          <w:b/>
        </w:rPr>
        <w:t>ЗАЯВЛЕНИЕ</w:t>
      </w:r>
    </w:p>
    <w:p>
      <w:r>
        <w:t>об установлении кадастровой стоимости объекта недвижимости</w:t>
      </w:r>
    </w:p>
    <w:p>
      <w:r>
        <w:t>в размере его рыночной стоимости</w:t>
      </w:r>
    </w:p>
    <w:p/>
    <w:p>
      <w:r>
        <w:t>На основании статьи 22.1 Федерального закона от 03.07.2016 № 237-ФЗ «О государственной кадастровой оценке» прошу установить кадастровую стоимость указанного ниже объекта недвижимости в размере его рыночной стоимости, определенной в отчете об оценке.</w:t>
      </w:r>
    </w:p>
    <w:p/>
    <w:p>
      <w:pPr>
        <w:pStyle w:val="ListNumber"/>
      </w:pPr>
      <w:r>
        <w:t>1. Сведения об объекте недвижимости:</w:t>
      </w:r>
    </w:p>
    <w:p>
      <w:r>
        <w:t>1.1. Кадастровый номер: [________________]</w:t>
      </w:r>
    </w:p>
    <w:p>
      <w:r>
        <w:t>1.2. Адрес (местоположение): [________________]</w:t>
      </w:r>
    </w:p>
    <w:p/>
    <w:p>
      <w:pPr>
        <w:pStyle w:val="ListNumber"/>
      </w:pPr>
      <w:r>
        <w:t>2. Сведения о кадастровой стоимости:</w:t>
      </w:r>
    </w:p>
    <w:p>
      <w:r>
        <w:t>2.1. Текущая кадастровая стоимость (по данным ЕГРН): [_________] руб.</w:t>
      </w:r>
    </w:p>
    <w:p>
      <w:r>
        <w:t>2.2. Дата, по состоянию на которую определена кадастровая стоимость: [дд.мм.гггг]</w:t>
      </w:r>
    </w:p>
    <w:p/>
    <w:p>
      <w:pPr>
        <w:pStyle w:val="ListNumber"/>
      </w:pPr>
      <w:r>
        <w:t>3. Сведения о рыночной стоимости:</w:t>
      </w:r>
    </w:p>
    <w:p>
      <w:r>
        <w:t>3.1. Рыночная стоимость объекта: [_________] руб.</w:t>
      </w:r>
    </w:p>
    <w:p>
      <w:r>
        <w:t>3.2. Дата, по состоянию на которую определена рыночная стоимость (должна совпадать с п. 2.2): [дд.мм.гггг]</w:t>
      </w:r>
    </w:p>
    <w:p>
      <w:r>
        <w:t>3.3. Реквизиты отчета об оценке: № [_____] от [дд.мм.гггг], оценщик [ФИО/Наименование организации].</w:t>
      </w:r>
    </w:p>
    <w:p/>
    <w:p>
      <w:r>
        <w:t>Настоящим подтверждаю свое согласие на обработку персональных данных, указанных в настоящем заявлении, в целях его рассмотрения в соответствии с законодательством РФ.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Отчет об оценке № [___] от [дд.мм.гггг] в форме электронного документа на электронном носителе (Flash-карта/CD), подписанный УКЭП оценщика.</w:t>
      </w:r>
    </w:p>
    <w:p>
      <w:pPr>
        <w:pStyle w:val="ListNumber"/>
      </w:pPr>
      <w:r>
        <w:t>2. Выписка из ЕГРН о кадастровой стоимости объекта недвижимости (оригинал или копия).</w:t>
      </w:r>
    </w:p>
    <w:p>
      <w:pPr>
        <w:pStyle w:val="ListNumber"/>
      </w:pPr>
      <w:r>
        <w:t>3. Копия документов, подтверждающих право собственности/аренды (если сведения отсутствуют в ЕГРН).</w:t>
      </w:r>
    </w:p>
    <w:p>
      <w:pPr>
        <w:pStyle w:val="ListNumber"/>
      </w:pPr>
      <w:r>
        <w:t>4. Копия паспорта заявителя.</w:t>
      </w:r>
    </w:p>
    <w:p>
      <w:pPr>
        <w:pStyle w:val="ListNumber"/>
      </w:pPr>
      <w:r>
        <w:t>5. Согласие на обработку персональных данных (по форме ГБУ).</w:t>
      </w:r>
    </w:p>
    <w:p/>
    <w:p>
      <w:r>
        <w:t>Дата: «___» ____________ 20___ г.</w:t>
      </w:r>
    </w:p>
    <w:p/>
    <w:p>
      <w:r>
        <w:t>Подпись: _______________ /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