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Инспекцию ФНС России № [номер] по [наименование города/района]</w:t>
      </w:r>
    </w:p>
    <w:p>
      <w:pPr>
        <w:jc w:val="right"/>
      </w:pPr>
      <w:r>
        <w:t>[адрес инспекции]</w:t>
      </w:r>
    </w:p>
    <w:p>
      <w:pPr>
        <w:jc w:val="right"/>
      </w:pPr>
      <w:r>
        <w:t>От: [Фамилия Имя Отчество]</w:t>
      </w:r>
    </w:p>
    <w:p>
      <w:pPr>
        <w:jc w:val="right"/>
      </w:pPr>
      <w:r>
        <w:t>ИНН: [ваш ИНН]</w:t>
      </w:r>
    </w:p>
    <w:p>
      <w:pPr>
        <w:jc w:val="right"/>
      </w:pPr>
      <w:r>
        <w:t>Адрес регистрации: [по паспорту]</w:t>
      </w:r>
    </w:p>
    <w:p>
      <w:pPr>
        <w:jc w:val="right"/>
      </w:pPr>
      <w:r>
        <w:t>Телефон: [номер]</w:t>
      </w:r>
    </w:p>
    <w:p>
      <w:pPr>
        <w:jc w:val="right"/>
      </w:pPr>
      <w:r>
        <w:t>Адрес эл. почты: [email]</w:t>
      </w:r>
    </w:p>
    <w:p>
      <w:pPr>
        <w:jc w:val="center"/>
      </w:pPr>
      <w:r>
        <w:rPr>
          <w:b/>
        </w:rPr>
        <w:t>ЗАЯВЛЕНИЕ</w:t>
      </w:r>
    </w:p>
    <w:p>
      <w:r>
        <w:t>О ПРЕДОСТАВЛЕНИИ НАЛОГОВОЙ ЛЬГОТЫ ПО ТРАНСПОРТНОМУ НАЛОГУ,</w:t>
      </w:r>
    </w:p>
    <w:p>
      <w:r>
        <w:t>ЗЕМЕЛЬНОМУ НАЛОГУ, НАЛОГУ НА ИМУЩЕСТВО ФИЗИЧЕСКИХ ЛИЦ</w:t>
      </w:r>
    </w:p>
    <w:p>
      <w:pPr>
        <w:jc w:val="center"/>
      </w:pPr>
      <w:r>
        <w:rPr>
          <w:i/>
        </w:rPr>
        <w:t>(Форма по КНД 1150063)</w:t>
      </w:r>
    </w:p>
    <w:p/>
    <w:p>
      <w:r>
        <w:t>На основании статей 361.1, 391, 407 НК РФ прошу предоставить налоговую льготу в отношении следующих объектов:</w:t>
      </w:r>
    </w:p>
    <w:p/>
    <w:p>
      <w:pPr>
        <w:pStyle w:val="ListNumber"/>
      </w:pPr>
      <w:r>
        <w:t>1. ТРАНСПОРТНЫЙ НАЛОГ (ст. 361.1 НК РФ)</w:t>
      </w:r>
    </w:p>
    <w:p>
      <w:r>
        <w:t>Объект: [Вид ТС, марка, модель]</w:t>
      </w:r>
    </w:p>
    <w:p>
      <w:r>
        <w:t>Гос. регистрационный знак: [номер]</w:t>
      </w:r>
    </w:p>
    <w:p>
      <w:r>
        <w:t>Период действия льготы: с [дд.мм.гггг] [бессрочно / по дд.мм.гггг]</w:t>
      </w:r>
    </w:p>
    <w:p/>
    <w:p>
      <w:pPr>
        <w:pStyle w:val="ListNumber"/>
      </w:pPr>
      <w:r>
        <w:t>2. ЗЕМЕЛЬНЫЙ НАЛОГ (ст. 391 НК РФ)</w:t>
      </w:r>
    </w:p>
    <w:p>
      <w:r>
        <w:t>Кадастровый номер участка: [номер]</w:t>
      </w:r>
    </w:p>
    <w:p>
      <w:r>
        <w:t>Период действия льготы: с [дд.мм.гггг] [бессрочно / по дд.мм.гггг]</w:t>
      </w:r>
    </w:p>
    <w:p/>
    <w:p>
      <w:pPr>
        <w:pStyle w:val="ListNumber"/>
      </w:pPr>
      <w:r>
        <w:t>3. НАЛОГ НА ИМУЩЕСТВО ФИЗИЧЕСКИХ ЛИЦ (ст. 407 НК РФ)</w:t>
      </w:r>
    </w:p>
    <w:p>
      <w:r>
        <w:t>Вид объекта: [квартира / жилой дом / гараж / иное]</w:t>
      </w:r>
    </w:p>
    <w:p>
      <w:r>
        <w:t>Кадастровый номер объекта: [номер]</w:t>
      </w:r>
    </w:p>
    <w:p>
      <w:r>
        <w:t>Период действия льготы: с [дд.мм.гггг] [бессрочно / по дд.мм.гггг]</w:t>
      </w:r>
    </w:p>
    <w:p/>
    <w:p>
      <w:r>
        <w:t>ОСНОВАНИЕ ДЛЯ ПРЕДОСТАВЛЕНИЯ ЛЬГОТЫ:</w:t>
      </w:r>
    </w:p>
    <w:p>
      <w:r>
        <w:rPr>
          <w:i/>
        </w:rPr>
        <w:t>[X] [Категория: пенсионер / предпенсионер / инвалид (гр.) / ветеран БД / многодетный / участник СВО]</w:t>
      </w:r>
    </w:p>
    <w:p/>
    <w:p>
      <w:r>
        <w:t>Сведения о документе, подтверждающем право на льготу:</w:t>
      </w:r>
    </w:p>
    <w:p>
      <w:r>
        <w:t>Наименование документа: [например, Справка СФР / Удостоверение / Справка МСЭ]</w:t>
      </w:r>
    </w:p>
    <w:p>
      <w:r>
        <w:t>Серия, номер: [данные]</w:t>
      </w:r>
    </w:p>
    <w:p>
      <w:r>
        <w:t>Дата выдачи: [дд.мм.гггг]</w:t>
      </w:r>
    </w:p>
    <w:p>
      <w:r>
        <w:t>Кем выдан: [полное наименование учреждения]</w:t>
      </w:r>
    </w:p>
    <w:p>
      <w:r>
        <w:t>Срок действия документа: [с дд.мм.гггг по дд.мм.гггг / бессрочно]</w:t>
      </w:r>
    </w:p>
    <w:p/>
    <w:p>
      <w:r>
        <w:t>Результат рассмотрения заявления прошу:</w:t>
      </w:r>
    </w:p>
    <w:p>
      <w:r>
        <w:t>[ ] выдать лично в налоговом органе</w:t>
      </w:r>
    </w:p>
    <w:p>
      <w:r>
        <w:t>[ ] направить по почте по адресу места жительства</w:t>
      </w:r>
    </w:p>
    <w:p>
      <w:r>
        <w:t>[X] направить через Личный кабинет налогоплательщика (при наличии доступа)</w:t>
      </w:r>
    </w:p>
    <w:p/>
    <w:p>
      <w:r>
        <w:rPr>
          <w:b/>
        </w:rPr>
        <w:t>Приложение (рекомендуется):</w:t>
      </w:r>
    </w:p>
    <w:p>
      <w:pPr>
        <w:pStyle w:val="ListNumber"/>
      </w:pPr>
      <w:r>
        <w:t>1. Копия документа, подтверждающего право на льготу.</w:t>
      </w:r>
    </w:p>
    <w:p/>
    <w:p>
      <w:r>
        <w:t>"___" __________ 202_ г.          ____________ / ______________________</w:t>
      </w:r>
    </w:p>
    <w:p>
      <w:pPr>
        <w:jc w:val="center"/>
      </w:pPr>
      <w:r>
        <w:rPr>
          <w:i/>
        </w:rPr>
        <w:t>(подпись)          (ФИО)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