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Руководителю ФНС России</w:t>
      </w:r>
    </w:p>
    <w:p>
      <w:pPr>
        <w:jc w:val="right"/>
      </w:pPr>
      <w:r>
        <w:t>127381, г. Москва, ул. Неглинная, д. 23</w:t>
      </w:r>
    </w:p>
    <w:p>
      <w:pPr>
        <w:jc w:val="right"/>
      </w:pPr>
      <w:r>
        <w:t>через УФНС России по __________________________________</w:t>
      </w:r>
    </w:p>
    <w:p>
      <w:pPr>
        <w:jc w:val="right"/>
      </w:pPr>
      <w:r>
        <w:t>(наименование регионального Управления ФНС)</w:t>
      </w:r>
    </w:p>
    <w:p>
      <w:pPr>
        <w:jc w:val="right"/>
      </w:pPr>
      <w:r>
        <w:t>От: __________________________________________________</w:t>
      </w:r>
    </w:p>
    <w:p>
      <w:pPr>
        <w:jc w:val="right"/>
      </w:pPr>
      <w:r>
        <w:t>(фамилия, имя, отчество полностью)</w:t>
      </w:r>
    </w:p>
    <w:p>
      <w:pPr>
        <w:jc w:val="right"/>
      </w:pPr>
      <w:r>
        <w:t>ИНН: ________________________</w:t>
      </w:r>
    </w:p>
    <w:p>
      <w:pPr>
        <w:jc w:val="right"/>
      </w:pPr>
      <w:r>
        <w:t>Адрес: ________________________________________________</w:t>
      </w:r>
    </w:p>
    <w:p>
      <w:pPr>
        <w:jc w:val="right"/>
      </w:pPr>
      <w:r>
        <w:t>(почтовый индекс, адрес для корреспонденции)</w:t>
      </w:r>
    </w:p>
    <w:p>
      <w:pPr>
        <w:jc w:val="right"/>
      </w:pPr>
      <w:r>
        <w:t>Тел.: ________________________</w:t>
      </w:r>
    </w:p>
    <w:p>
      <w:pPr>
        <w:jc w:val="right"/>
      </w:pPr>
      <w:r>
        <w:t>Email: ________________________</w:t>
      </w:r>
    </w:p>
    <w:p>
      <w:pPr>
        <w:jc w:val="center"/>
      </w:pPr>
      <w:r>
        <w:rPr>
          <w:b/>
        </w:rPr>
        <w:t>ЖАЛОБА</w:t>
      </w:r>
    </w:p>
    <w:p>
      <w:r>
        <w:t>на решение УФНС России</w:t>
      </w:r>
    </w:p>
    <w:p>
      <w:pPr>
        <w:jc w:val="center"/>
      </w:pPr>
      <w:r>
        <w:rPr>
          <w:i/>
        </w:rPr>
        <w:t>(в порядке ст. 138, 139, 139.2, 140 НК РФ)</w:t>
      </w:r>
    </w:p>
    <w:p/>
    <w:p>
      <w:pPr>
        <w:pStyle w:val="ListNumber"/>
      </w:pPr>
      <w:r>
        <w:t>1. Предшествующее обжалование</w:t>
      </w:r>
    </w:p>
    <w:p>
      <w:r>
        <w:t>«___» __________ 20__ г. мною была подана жалоба в УФНС России по __________________________________ на</w:t>
      </w:r>
    </w:p>
    <w:p>
      <w:r>
        <w:t>________________________________________________________________________________________________________.</w:t>
      </w:r>
    </w:p>
    <w:p>
      <w:r>
        <w:t>(указать первоначальный предмет спора: например, Решение ИФНС №... от..., Налоговое уведомление №... от... или незаконные действия ИФНС)</w:t>
      </w:r>
    </w:p>
    <w:p/>
    <w:p>
      <w:r>
        <w:t>Решением УФНС России по ____________________________ от «___» __________ 20__ г. № __________ моя жалоба была</w:t>
      </w:r>
    </w:p>
    <w:p>
      <w:r>
        <w:t>[оставлена без удовлетворения / удовлетворена частично / оставлена без рассмотрения].</w:t>
      </w:r>
    </w:p>
    <w:p>
      <w:r>
        <w:t>С указанным решением УФНС, а также с первоначальным актом (действием/бездействием) ИФНС я не согласен(на).</w:t>
      </w:r>
    </w:p>
    <w:p/>
    <w:p>
      <w:pPr>
        <w:pStyle w:val="ListNumber"/>
      </w:pPr>
      <w:r>
        <w:t>2. Основания несогласия с решением УФНС</w:t>
      </w:r>
    </w:p>
    <w:p>
      <w:r>
        <w:t>Считаю решение УФНС незаконным и необоснованным по следующим основаниям:</w:t>
      </w:r>
    </w:p>
    <w:p>
      <w:r>
        <w:t>1) ______________________________________________________________________________________________________</w:t>
      </w:r>
    </w:p>
    <w:p>
      <w:pPr>
        <w:jc w:val="center"/>
      </w:pPr>
      <w:r>
        <w:rPr>
          <w:i/>
        </w:rPr>
        <w:t>(указать, какие ваши доводы были проигнорированы УФНС)</w:t>
      </w:r>
    </w:p>
    <w:p>
      <w:r>
        <w:t>2) ______________________________________________________________________________________________________</w:t>
      </w:r>
    </w:p>
    <w:p>
      <w:pPr>
        <w:jc w:val="center"/>
      </w:pPr>
      <w:r>
        <w:rPr>
          <w:i/>
        </w:rPr>
        <w:t>(указать, какие нормы НК РФ применены налоговым органом ошибочно)</w:t>
      </w:r>
    </w:p>
    <w:p/>
    <w:p>
      <w:pPr>
        <w:pStyle w:val="ListNumber"/>
      </w:pPr>
      <w:r>
        <w:t>3. Правовое обоснование</w:t>
      </w:r>
    </w:p>
    <w:p>
      <w:r>
        <w:t>В соответствии со ст. _____ Налогового кодекса РФ, ______________________________________________________.</w:t>
      </w:r>
    </w:p>
    <w:p>
      <w:pPr>
        <w:jc w:val="center"/>
      </w:pPr>
      <w:r>
        <w:rPr>
          <w:i/>
        </w:rPr>
        <w:t>(кратко изложить норму права, подтверждающую вашу правоту)</w:t>
      </w:r>
    </w:p>
    <w:p/>
    <w:p>
      <w:pPr>
        <w:pStyle w:val="ListNumber"/>
      </w:pPr>
      <w:r>
        <w:t>4. Требования</w:t>
      </w:r>
    </w:p>
    <w:p>
      <w:r>
        <w:t>На основании изложенного, руководствуясь ст. 138, 139, 139.2, 140 НК РФ,</w:t>
      </w:r>
    </w:p>
    <w:p>
      <w:r>
        <w:rPr>
          <w:b/>
        </w:rPr>
        <w:t>ПРОШУ:</w:t>
      </w:r>
    </w:p>
    <w:p>
      <w:pPr>
        <w:pStyle w:val="ListNumber"/>
      </w:pPr>
      <w:r>
        <w:t>1. Отменить Решение УФНС России по ____________________________ от «___» __________ 20__ г. № __________.</w:t>
      </w:r>
    </w:p>
    <w:p>
      <w:pPr>
        <w:pStyle w:val="ListNumber"/>
      </w:pPr>
      <w:r>
        <w:t>2. Отменить (признать незаконным) _____________________________________________________________________.</w:t>
      </w:r>
    </w:p>
    <w:p>
      <w:pPr>
        <w:jc w:val="center"/>
      </w:pPr>
      <w:r>
        <w:rPr>
          <w:i/>
        </w:rPr>
        <w:t>(указать первоначальный акт/действие ИФНС, например: Налоговое уведомление №... или Решение ИФНС №...)</w:t>
      </w:r>
    </w:p>
    <w:p>
      <w:pPr>
        <w:pStyle w:val="ListNumber"/>
      </w:pPr>
      <w:r>
        <w:t>3. Принять по жалобе новое решение: ___________________________________________________________________.</w:t>
      </w:r>
    </w:p>
    <w:p>
      <w:r>
        <w:t>(указать конкретный желаемый результат: произвести перерасчет налога, предоставить льготу, вернуть излишне взысканную сумму)</w:t>
      </w:r>
    </w:p>
    <w:p>
      <w:pPr>
        <w:pStyle w:val="ListNumber"/>
      </w:pPr>
      <w:r>
        <w:t>4. Отразить корректные налоговые обязательства на моем Едином налоговом счете (ЕНС).</w:t>
      </w:r>
    </w:p>
    <w:p>
      <w:pPr>
        <w:pStyle w:val="ListNumber"/>
      </w:pPr>
      <w:r>
        <w:t>5. Решение по настоящей жалобе направить мне [через Личный кабинет налогоплательщика / по почте / на E-mail].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обжалуемого Решения УФНС от «___» __________ 20__ г. № __________ — на ___ л.</w:t>
      </w:r>
    </w:p>
    <w:p>
      <w:pPr>
        <w:pStyle w:val="ListNumber"/>
      </w:pPr>
      <w:r>
        <w:t>2. Копия первоначальной жалобы в УФНС (с отметкой о вручении/квитанцией) — на ___ л.</w:t>
      </w:r>
    </w:p>
    <w:p>
      <w:pPr>
        <w:pStyle w:val="ListNumber"/>
      </w:pPr>
      <w:r>
        <w:t>3. Копия обжалуемого документа ИФНС (решения, уведомления, требования и т.д.) — на ___ л.</w:t>
      </w:r>
    </w:p>
    <w:p>
      <w:pPr>
        <w:pStyle w:val="ListNumber"/>
      </w:pPr>
      <w:r>
        <w:t>4. Копии документов, подтверждающих доводы жалобы (чеки, справки, выписки и т.д.) — на ___ л.</w:t>
      </w:r>
    </w:p>
    <w:p>
      <w:pPr>
        <w:pStyle w:val="ListNumber"/>
      </w:pPr>
      <w:r>
        <w:t>5. Копия доверенности представителя (если жалоба подписана представителем) — на ___ л.</w:t>
      </w:r>
    </w:p>
    <w:p/>
    <w:p>
      <w:r>
        <w:t>«___» __________ 20__ г.               _________________ / ________________________</w:t>
      </w:r>
    </w:p>
    <w:p>
      <w:pPr>
        <w:jc w:val="center"/>
      </w:pPr>
      <w:r>
        <w:rPr>
          <w:i/>
        </w:rPr>
        <w:t>(подпись)              (ФИО)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