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ИФНС России № 15 по г. Москве</w:t>
      </w:r>
    </w:p>
    <w:p>
      <w:pPr>
        <w:jc w:val="right"/>
      </w:pPr>
      <w:r>
        <w:t>Адрес: 127015, г. Москва, ул. Руставели, д. 12/7</w:t>
      </w:r>
    </w:p>
    <w:p>
      <w:pPr>
        <w:jc w:val="right"/>
      </w:pPr>
      <w:r>
        <w:t>От: Иванова Ивана Ивановича</w:t>
      </w:r>
    </w:p>
    <w:p>
      <w:pPr>
        <w:jc w:val="right"/>
      </w:pPr>
      <w:r>
        <w:t>ИНН: 771234567890</w:t>
      </w:r>
    </w:p>
    <w:p>
      <w:pPr>
        <w:jc w:val="right"/>
      </w:pPr>
      <w:r>
        <w:t>Адрес для связи: 127015, г. Москва, ул. Новодмитровская, д. 2, кв. 45</w:t>
      </w:r>
    </w:p>
    <w:p>
      <w:pPr>
        <w:jc w:val="right"/>
      </w:pPr>
      <w:r>
        <w:t>Тел.: +7 (915) 123-45-67</w:t>
      </w:r>
    </w:p>
    <w:p>
      <w:pPr>
        <w:jc w:val="center"/>
      </w:pPr>
      <w:r>
        <w:rPr>
          <w:b/>
        </w:rPr>
        <w:t>ХОДАТАЙСТВО</w:t>
      </w:r>
    </w:p>
    <w:p>
      <w:r>
        <w:t>о применении смягчающих ответственность обстоятельств</w:t>
      </w:r>
    </w:p>
    <w:p/>
    <w:p>
      <w:r>
        <w:t>В отношении меня была проведена камеральная налоговая проверка налоговой декларации 3-НДФЛ за 2024 год, по результатам которой составлен Акт № 12345 от 15.05.2026. Согласно Акту, мне вменяется штраф по ст. 119 НК РФ за несвоевременное предоставление декларации в размере 5 000 руб.</w:t>
      </w:r>
    </w:p>
    <w:p/>
    <w:p>
      <w:r>
        <w:t>Настоящим прошу учесть следующие смягчающие обстоятельства:</w:t>
      </w:r>
    </w:p>
    <w:p/>
    <w:p>
      <w:pPr>
        <w:pStyle w:val="ListNumber"/>
      </w:pPr>
      <w:r>
        <w:t>1. Правонарушение совершено мною впервые. Ранее я всегда своевременно исполнял налоговые обязательства.</w:t>
      </w:r>
    </w:p>
    <w:p>
      <w:pPr>
        <w:pStyle w:val="ListNumber"/>
      </w:pPr>
      <w:r>
        <w:t>2. Отсутствие недоимки: вся сумма налога по декларации была уплачена мною вовремя (10.07.2025), задержка произошла только в подаче самой формы декларации. Бюджет РФ не понес потерь.</w:t>
      </w:r>
    </w:p>
    <w:p>
      <w:pPr>
        <w:pStyle w:val="ListNumber"/>
      </w:pPr>
      <w:r>
        <w:t>3. Тяжелое семейное положение: в период декларационной кампании (апрель 2025 года) я находился на лечении в стационаре, что подтверждается приложенным выписным эпикризом.</w:t>
      </w:r>
    </w:p>
    <w:p>
      <w:pPr>
        <w:pStyle w:val="ListNumber"/>
      </w:pPr>
      <w:r>
        <w:t>4. Наличие двоих несовершеннолетних детей на иждивении.</w:t>
      </w:r>
    </w:p>
    <w:p>
      <w:pPr>
        <w:pStyle w:val="ListNumber"/>
      </w:pPr>
      <w:r>
        <w:t>5. Существенная несоразмерность штрафа характеру нарушения (техническая просрочка при полной уплате налога).</w:t>
      </w:r>
    </w:p>
    <w:p/>
    <w:p>
      <w:r>
        <w:t>На основании ст. 112, 114 НК РФ,</w:t>
      </w:r>
    </w:p>
    <w:p/>
    <w:p>
      <w:r>
        <w:rPr>
          <w:b/>
        </w:rPr>
        <w:t>ПРОШУ:</w:t>
      </w:r>
    </w:p>
    <w:p/>
    <w:p>
      <w:r>
        <w:t>Признать указанные обстоятельства смягчающими и снизить размер штрафа по Акту № 12345 от 15.05.2026 в 10 раз до 500 рублей.</w:t>
      </w:r>
    </w:p>
    <w:p/>
    <w:p>
      <w:r>
        <w:rPr>
          <w:b/>
        </w:rPr>
        <w:t>Приложения:</w:t>
      </w:r>
    </w:p>
    <w:p>
      <w:pPr>
        <w:pStyle w:val="ListNumber"/>
      </w:pPr>
      <w:r>
        <w:t>1. Копия выписного эпикриза из ГКБ № 1 г. Москвы от 20.04.2025.</w:t>
      </w:r>
    </w:p>
    <w:p>
      <w:pPr>
        <w:pStyle w:val="ListNumber"/>
      </w:pPr>
      <w:r>
        <w:t>2. Копии свидетельств о рождении детей (Иванов А.И., Иванов С.И.).</w:t>
      </w:r>
    </w:p>
    <w:p>
      <w:pPr>
        <w:pStyle w:val="ListNumber"/>
      </w:pPr>
      <w:r>
        <w:t>3. Копия платежного поручения об уплате НДФЛ от 10.07.2025.</w:t>
      </w:r>
    </w:p>
    <w:p>
      <w:pPr>
        <w:pStyle w:val="ListNumber"/>
      </w:pPr>
      <w:r>
        <w:t>4. Справка о доходах (2-НДФЛ), подтверждающая текущий низкий уровень дохода.</w:t>
      </w:r>
    </w:p>
    <w:p/>
    <w:p>
      <w:r>
        <w:t>15.06.2026        ____________ / Иванов И.И.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