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В Коптевский районный суд г. Москвы</w:t>
      </w:r>
    </w:p>
    <w:p>
      <w:pPr>
        <w:jc w:val="right"/>
      </w:pPr>
      <w:r>
        <w:t>125130, г. Москва, ул. Зои и Александра Космодемьянских, д. 31, корп. 2</w:t>
      </w:r>
    </w:p>
    <w:p>
      <w:pPr>
        <w:jc w:val="right"/>
      </w:pPr>
      <w:r>
        <w:t>Административный ответчик (Заявитель):</w:t>
      </w:r>
    </w:p>
    <w:p>
      <w:pPr>
        <w:jc w:val="right"/>
      </w:pPr>
      <w:r>
        <w:t>Иванов Иван Иванович</w:t>
      </w:r>
    </w:p>
    <w:p>
      <w:pPr>
        <w:jc w:val="right"/>
      </w:pPr>
      <w:r>
        <w:t>ИНН: 771234567890</w:t>
      </w:r>
    </w:p>
    <w:p>
      <w:pPr>
        <w:jc w:val="right"/>
      </w:pPr>
      <w:r>
        <w:t>Паспорт: 45 10 № 123456, выдан ГУ МВД по г. Москве</w:t>
      </w:r>
    </w:p>
    <w:p>
      <w:pPr>
        <w:jc w:val="right"/>
      </w:pPr>
      <w:r>
        <w:t>Адрес регистрации: 127015, г. Москва, ул. Новодмитровская, д. 2, кв. 45</w:t>
      </w:r>
    </w:p>
    <w:p>
      <w:pPr>
        <w:jc w:val="right"/>
      </w:pPr>
      <w:r>
        <w:t>Тел.: +7 (915) 123-45-67</w:t>
      </w:r>
    </w:p>
    <w:p>
      <w:pPr>
        <w:jc w:val="right"/>
      </w:pPr>
      <w:r>
        <w:t>Административный истец (Взыскатель):</w:t>
      </w:r>
    </w:p>
    <w:p>
      <w:pPr>
        <w:jc w:val="right"/>
      </w:pPr>
      <w:r>
        <w:t>ИФНС России № 13 по г. Москве</w:t>
      </w:r>
    </w:p>
    <w:p>
      <w:pPr>
        <w:jc w:val="right"/>
      </w:pPr>
      <w:r>
        <w:t>125373, г. Москва, Походный проезд, вл. 3, корп. 1</w:t>
      </w:r>
    </w:p>
    <w:p>
      <w:pPr>
        <w:jc w:val="right"/>
      </w:pPr>
      <w:r>
        <w:t>Дело № 02а-0543/2025</w:t>
      </w:r>
    </w:p>
    <w:p>
      <w:pPr>
        <w:jc w:val="center"/>
      </w:pPr>
      <w:r>
        <w:rPr>
          <w:b/>
        </w:rPr>
        <w:t>ЗАЯВЛЕНИЕ</w:t>
      </w:r>
    </w:p>
    <w:p>
      <w:r>
        <w:t>о повороте исполнения судебного акта</w:t>
      </w:r>
    </w:p>
    <w:p/>
    <w:p>
      <w:r>
        <w:t>Решением Коптевского районного суда г. Москвы от 20.01.2025 по делу № 02а-0543/2025 с Иванова И.И. в пользу ИФНС № 13 по г. Москве взыскан НДФЛ в размере 150 000 руб. и пени 15 000 руб.</w:t>
      </w:r>
    </w:p>
    <w:p>
      <w:r>
        <w:t>Решение было исполнено в принудительном порядке через службу судебных приставов. Согласно постановлению судебного пристава-исполнителя Головинского ОСП г. Москвы от 10.03.2025 об окончании исполнительного производства № 12345/25/77009-ИП, с банковского счета Иванова И.И. списана общая сумма 165 000 руб.</w:t>
      </w:r>
    </w:p>
    <w:p/>
    <w:p>
      <w:r>
        <w:t>Апелляционным определением Московского городского суда от 15.05.2025 по делу № 33а-9876/2025 Решение Коптевского районного суда от 20.01.2025 отменено, в удовлетворении требований ИФНС № 13 по г. Москве отказано в полном объеме в связи с отсутствием объекта налогообложения.</w:t>
      </w:r>
    </w:p>
    <w:p/>
    <w:p>
      <w:r>
        <w:t>На основании ст. 361, 362 КАС РФ,</w:t>
      </w:r>
    </w:p>
    <w:p/>
    <w:p>
      <w:r>
        <w:rPr>
          <w:b/>
        </w:rPr>
        <w:t>ПРОШУ:</w:t>
      </w:r>
    </w:p>
    <w:p>
      <w:pPr>
        <w:pStyle w:val="ListNumber"/>
      </w:pPr>
      <w:r>
        <w:t>1. Произвести поворот исполнения Решения Коптевского районного суда г. Москвы от 20.01.2025 по делу № 02а-0543/2025.</w:t>
      </w:r>
    </w:p>
    <w:p>
      <w:pPr>
        <w:pStyle w:val="ListNumber"/>
      </w:pPr>
      <w:r>
        <w:t>2. Взыскать с ИФНС России № 13 по г. Москве в пользу Иванова Ивана Ивановича денежные средства в размере 165 000 (сто шестьдесят пять тысяч) рублей.</w:t>
      </w:r>
    </w:p>
    <w:p>
      <w:pPr>
        <w:pStyle w:val="ListNumber"/>
      </w:pPr>
      <w:r>
        <w:t>3. Выдать исполнительный лист на возврат денежных средств.</w:t>
      </w:r>
    </w:p>
    <w:p/>
    <w:p>
      <w:r>
        <w:t>Реквизиты для возврата:</w:t>
      </w:r>
    </w:p>
    <w:p>
      <w:r>
        <w:t>Иванов Иван Иванович</w:t>
      </w:r>
    </w:p>
    <w:p>
      <w:r>
        <w:t>ПАО Сбербанк, БИК 044525225, к/с 30101810400000000225, р/с 40817810123456789012.</w:t>
      </w:r>
    </w:p>
    <w:p/>
    <w:p>
      <w:r>
        <w:rPr>
          <w:b/>
        </w:rPr>
        <w:t>Приложения:</w:t>
      </w:r>
    </w:p>
    <w:p>
      <w:pPr>
        <w:pStyle w:val="ListNumber"/>
      </w:pPr>
      <w:r>
        <w:t>1. Копия апелляционного определения Мосгорсуда от 15.05.2025.</w:t>
      </w:r>
    </w:p>
    <w:p>
      <w:pPr>
        <w:pStyle w:val="ListNumber"/>
      </w:pPr>
      <w:r>
        <w:t>2. Копия постановления Головинского ОСП от 10.03.2025 об окончании ИП.</w:t>
      </w:r>
    </w:p>
    <w:p>
      <w:pPr>
        <w:pStyle w:val="ListNumber"/>
      </w:pPr>
      <w:r>
        <w:t>3. Банковская выписка по счету от 11.03.2025, подтверждающая списание 165 000 руб.</w:t>
      </w:r>
    </w:p>
    <w:p>
      <w:pPr>
        <w:pStyle w:val="ListNumber"/>
      </w:pPr>
      <w:r>
        <w:t>4. Опись вложения в ценное письмо, подтверждающая отправку заявления в ИФНС № 13.</w:t>
      </w:r>
    </w:p>
    <w:p/>
    <w:p>
      <w:r>
        <w:t>15.06.2026                 ____________ / Иванов И. И.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cp:category/>
</cp:coreProperties>
</file>