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Черемушкинский районный суд г. Москвы</w:t>
      </w:r>
    </w:p>
    <w:p>
      <w:pPr>
        <w:jc w:val="right"/>
      </w:pPr>
      <w:r>
        <w:t>Адрес: 117218, г. Москва, ул. Кржижановского, д. 20/30, корп. 10</w:t>
      </w:r>
    </w:p>
    <w:p>
      <w:pPr>
        <w:jc w:val="right"/>
      </w:pPr>
      <w:r>
        <w:t>Административный истец: 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 регистрации: 117418, г. Москва, ул. Новочеремушкинская, д. 60</w:t>
      </w:r>
    </w:p>
    <w:p>
      <w:pPr>
        <w:jc w:val="right"/>
      </w:pPr>
      <w:r>
        <w:t>Тел.: +7 (915) 123-45-67</w:t>
      </w:r>
    </w:p>
    <w:p>
      <w:pPr>
        <w:jc w:val="right"/>
      </w:pPr>
      <w:r>
        <w:t>Административный ответчик: ИФНС России № 27 по г. Москве</w:t>
      </w:r>
    </w:p>
    <w:p>
      <w:pPr>
        <w:jc w:val="right"/>
      </w:pPr>
      <w:r>
        <w:t>Адрес: 117418, г. Москва, ул. Новочеремушкинская, д. 58, стр. 1</w:t>
      </w:r>
    </w:p>
    <w:p>
      <w:pPr>
        <w:jc w:val="right"/>
      </w:pPr>
      <w:r>
        <w:t>Дело № 02а-0455/2026</w:t>
      </w:r>
    </w:p>
    <w:p>
      <w:pPr>
        <w:jc w:val="center"/>
      </w:pPr>
      <w:r>
        <w:rPr>
          <w:b/>
        </w:rPr>
        <w:t>ХОДАТАЙСТВО</w:t>
      </w:r>
    </w:p>
    <w:p>
      <w:r>
        <w:t>об истребовании доказательств</w:t>
      </w:r>
    </w:p>
    <w:p/>
    <w:p>
      <w:r>
        <w:t>В производстве Черемушкинского районного суда г. Москвы находится дело № 02а-0455/2026 по административному исковому заявлению Иванова И.И. к ИФНС России № 27 по г. Москве о признании незаконным решения № 15-12/100 от 20.01.2026 г. о доначислении НДФЛ.</w:t>
      </w:r>
    </w:p>
    <w:p/>
    <w:p>
      <w:r>
        <w:t>Для правильного рассмотрения дела необходимо исследовать следующие доказательства:</w:t>
      </w:r>
    </w:p>
    <w:p>
      <w:pPr>
        <w:pStyle w:val="ListNumber"/>
      </w:pPr>
      <w:r>
        <w:t>1. Полный текст протокола допроса свидетеля Петрова П.П. № 45 от 15.11.2025 г.</w:t>
      </w:r>
    </w:p>
    <w:p>
      <w:pPr>
        <w:pStyle w:val="ListNumber"/>
      </w:pPr>
      <w:r>
        <w:t>2. Приложения к Акту налоговой проверки № 10-05/88 от 01.12.2025 г., а именно: реестр сведений о доходах физических лиц за 2024 год.</w:t>
      </w:r>
    </w:p>
    <w:p/>
    <w:p>
      <w:r>
        <w:t>Указанные доказательства находятся у Административного ответчика: ИФНС России № 27 по г. Москве.</w:t>
      </w:r>
    </w:p>
    <w:p/>
    <w:p>
      <w:r>
        <w:t>Указанные доказательства подтверждают отсутствие факта получения мною дохода, указанного в решении, и свидетельствуют о недостоверности свидетельских показаний, на которых основывается позиция налогового органа.</w:t>
      </w:r>
    </w:p>
    <w:p/>
    <w:p>
      <w:r>
        <w:t>Мною предпринимались попытки самостоятельного получения указанных документов путем подачи заявления в ИФНС № 27 от 01.02.2026 г. Однако в предоставлении протокола допроса и приложений к акту мне было отказано письмом от 10.02.2026 № 15-20/00345 со ссылкой на ст. 102 НК РФ (налоговая тайна), несмотря на то, что данные документы касаются непосредственно моих прав как налогоплательщика.</w:t>
      </w:r>
    </w:p>
    <w:p/>
    <w:p>
      <w:r>
        <w:t>На основании статьи 63 КАС РФ,</w:t>
      </w:r>
    </w:p>
    <w:p/>
    <w:p>
      <w:r>
        <w:rPr>
          <w:b/>
        </w:rPr>
        <w:t>ПРОШУ:</w:t>
      </w:r>
    </w:p>
    <w:p/>
    <w:p>
      <w:r>
        <w:t>Истребовать у ИФНС России № 27 по г. Москве (117418, г. Москва, ул. Новочеремушкинская, д. 58, стр. 1) следующие документы:</w:t>
      </w:r>
    </w:p>
    <w:p>
      <w:pPr>
        <w:pStyle w:val="ListNumber"/>
      </w:pPr>
      <w:r>
        <w:t>1. Протокол допроса свидетеля Петрова П.П. № 45 от 15.11.2025 г.</w:t>
      </w:r>
    </w:p>
    <w:p>
      <w:pPr>
        <w:pStyle w:val="ListNumber"/>
      </w:pPr>
      <w:r>
        <w:t>2. Приложения к Акту налоговой проверки № 10-05/88 от 01.12.2025 г. в полном объеме.</w:t>
      </w:r>
    </w:p>
    <w:p/>
    <w:p>
      <w:r>
        <w:t>Истребованные доказательства направить непосредственно в Черемушкинский районный суд г. Москвы к судебному заседанию, назначенному на 25.06.2026 г.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заявления в ИФНС № 27 от 01.02.2026 г. с отметкой о принятии.</w:t>
      </w:r>
    </w:p>
    <w:p>
      <w:pPr>
        <w:pStyle w:val="ListNumber"/>
      </w:pPr>
      <w:r>
        <w:t>2. Копия письма ИФНС № 27 от 10.02.2026 № 15-20/00345 об отказе в предоставлении документов.</w:t>
      </w:r>
    </w:p>
    <w:p/>
    <w:p>
      <w:r>
        <w:t>15.06.2026 г.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