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Старшему судебному приставу</w:t>
        <w:br/>
      </w:r>
      <w:r>
        <w:rPr>
          <w:sz w:val="22"/>
        </w:rPr>
        <w:t>ОСП по Таганскому району г. Москвы</w:t>
        <w:br/>
      </w:r>
      <w:r>
        <w:rPr>
          <w:sz w:val="22"/>
        </w:rPr>
        <w:t>УФССП по г. Москве</w:t>
        <w:br/>
      </w:r>
      <w:r>
        <w:rPr>
          <w:sz w:val="22"/>
        </w:rPr>
        <w:br/>
      </w:r>
      <w:r>
        <w:rPr>
          <w:sz w:val="22"/>
        </w:rPr>
        <w:t>Должник:</w:t>
        <w:br/>
      </w:r>
      <w:r>
        <w:rPr>
          <w:sz w:val="22"/>
        </w:rPr>
        <w:t>Козлов Максим Андреевич</w:t>
        <w:br/>
      </w:r>
      <w:r>
        <w:rPr>
          <w:sz w:val="22"/>
        </w:rPr>
        <w:t>ИНН: 770912345678</w:t>
        <w:br/>
      </w:r>
      <w:r>
        <w:rPr>
          <w:sz w:val="22"/>
        </w:rPr>
        <w:t>Адрес: 109147, г. Москва, ул. Марксистская, д. 22, кв. 78</w:t>
        <w:br/>
      </w:r>
      <w:r>
        <w:rPr>
          <w:sz w:val="22"/>
        </w:rPr>
        <w:t>Тел.: +7 (903) 555-55-66</w:t>
        <w:br/>
      </w:r>
    </w:p>
    <w:p>
      <w:pPr>
        <w:jc w:val="center"/>
      </w:pPr>
      <w:r>
        <w:rPr>
          <w:b/>
          <w:sz w:val="26"/>
        </w:rPr>
        <w:t>ЖАЛОБА</w:t>
        <w:br/>
        <w:t>на бездействие судебного пристава-исполнителя</w:t>
      </w:r>
    </w:p>
    <w:p/>
    <w:p>
      <w:r>
        <w:t>В рамках исполнительного производства № 11111/25/77009-ИП от 10.01.2025 пристав-исполнитель Сидорова А.М. допускает незаконное бездействие.</w:t>
      </w:r>
    </w:p>
    <w:p>
      <w:r>
        <w:rPr>
          <w:b/>
        </w:rPr>
        <w:t>Обстоятельства:</w:t>
      </w:r>
    </w:p>
    <w:p>
      <w:r>
        <w:t>01.03.2025 долг по ИП (НДФЛ 42 000 руб., пени 6 300 руб., всего 48 300 руб.) погашен мной в полном объёме. Квитанция об оплате направлена приставу 03.03.2025 через Госуслуги.</w:t>
      </w:r>
    </w:p>
    <w:p>
      <w:r>
        <w:t>По состоянию на 20.03.2025 (17 дней после оплаты):</w:t>
      </w:r>
    </w:p>
    <w:p>
      <w:pPr>
        <w:pStyle w:val="ListBullet"/>
      </w:pPr>
      <w:r>
        <w:t>Исполнительное производство не окончено.</w:t>
      </w:r>
    </w:p>
    <w:p>
      <w:pPr>
        <w:pStyle w:val="ListBullet"/>
      </w:pPr>
      <w:r>
        <w:t>Арест банковского счёта в АО «Тинькофф Банк» не снят.</w:t>
      </w:r>
    </w:p>
    <w:p>
      <w:pPr>
        <w:pStyle w:val="ListBullet"/>
      </w:pPr>
      <w:r>
        <w:t>Запрет на регистрационные действия с автомобилем (VIN: XTA21700012345678) не снят.</w:t>
      </w:r>
    </w:p>
    <w:p>
      <w:r>
        <w:t>Бездействие пристава нарушает ст. 47 ФЗ от 02.10.2007 № 229-ФЗ: при полном исполнении требований ИП подлежит окончанию, все ограничения — снятию.</w:t>
      </w:r>
    </w:p>
    <w:p>
      <w:r>
        <w:t>На основании ст. 123–124 ФЗ от 02.10.2007 № 229-ФЗ ПРОШУ:</w:t>
      </w:r>
    </w:p>
    <w:p>
      <w:pPr>
        <w:pStyle w:val="ListBullet"/>
      </w:pPr>
      <w:r>
        <w:t>1. Признать бездействие пристава Сидоровой А.М. незаконным.</w:t>
      </w:r>
    </w:p>
    <w:p>
      <w:pPr>
        <w:pStyle w:val="ListBullet"/>
      </w:pPr>
      <w:r>
        <w:t>2. Обязать окончить ИП и снять все ограничения в течение 3 рабочих дней.</w:t>
      </w:r>
    </w:p>
    <w:p/>
    <w:p>
      <w:r>
        <w:rPr>
          <w:b/>
        </w:rPr>
        <w:t>Приложения:</w:t>
      </w:r>
    </w:p>
    <w:p>
      <w:r>
        <w:t>1. Квитанция об оплате от 01.03.2025</w:t>
      </w:r>
    </w:p>
    <w:p>
      <w:r>
        <w:t>2. Скриншот Госуслуг (статус ИП — не окончено)</w:t>
      </w:r>
    </w:p>
    <w:p>
      <w:r>
        <w:t>3. Выписка АО «Тинькофф Банк» (арест счёта)</w:t>
      </w:r>
    </w:p>
    <w:p/>
    <w:p>
      <w:r>
        <w:t>Дата: 20 марта 2025 г.</w:t>
      </w:r>
    </w:p>
    <w:p/>
    <w:p>
      <w:r>
        <w:t>Подпись: _____________ / Козлов М.А.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