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t>В ГБУ «Центр кадастровой оценки»</w:t>
      </w:r>
    </w:p>
    <w:p>
      <w:pPr>
        <w:spacing w:after="0"/>
        <w:jc w:val="right"/>
      </w:pPr>
      <w:r>
        <w:t>города Москвы</w:t>
      </w:r>
    </w:p>
    <w:p>
      <w:pPr>
        <w:spacing w:after="0"/>
        <w:jc w:val="right"/>
      </w:pPr>
      <w:r>
        <w:t>121069, г. Москва, ул. Новый Арбат, д. 22</w:t>
      </w:r>
    </w:p>
    <w:p>
      <w:pPr>
        <w:spacing w:after="0"/>
        <w:jc w:val="right"/>
      </w:pPr>
    </w:p>
    <w:p>
      <w:pPr>
        <w:spacing w:after="0"/>
        <w:jc w:val="right"/>
      </w:pPr>
      <w:r>
        <w:t>от Кузнецовой Ирины Михайловны</w:t>
      </w:r>
    </w:p>
    <w:p>
      <w:pPr>
        <w:spacing w:after="0"/>
        <w:jc w:val="right"/>
      </w:pPr>
      <w:r>
        <w:t>ИНН: 770112345678</w:t>
      </w:r>
    </w:p>
    <w:p>
      <w:pPr>
        <w:spacing w:after="0"/>
        <w:jc w:val="right"/>
      </w:pPr>
      <w:r>
        <w:t>г. Москва, ул. Тверская, д. 15, кв. 42</w:t>
      </w:r>
    </w:p>
    <w:p>
      <w:pPr>
        <w:spacing w:after="0"/>
        <w:jc w:val="right"/>
      </w:pPr>
      <w:r>
        <w:t>Телефон: +7 (916) 123-45-67</w:t>
      </w:r>
    </w:p>
    <w:p>
      <w:pPr>
        <w:spacing w:after="0"/>
        <w:jc w:val="right"/>
      </w:pPr>
      <w:r>
        <w:t>E-mail: kuznetsova.im@mail.ru</w:t>
      </w:r>
    </w:p>
    <w:p/>
    <w:p>
      <w:pPr>
        <w:jc w:val="center"/>
      </w:pPr>
      <w:r>
        <w:rPr>
          <w:b/>
          <w:sz w:val="28"/>
        </w:rPr>
        <w:t>ЗАЯВЛЕНИЕ</w:t>
      </w:r>
    </w:p>
    <w:p>
      <w:pPr>
        <w:jc w:val="center"/>
      </w:pPr>
      <w:r>
        <w:t>об установлении кадастровой стоимости объекта недвижимости</w:t>
        <w:br/>
        <w:t>в размере его рыночной стоимости</w:t>
      </w:r>
    </w:p>
    <w:p/>
    <w:p>
      <w:r>
        <w:t>На основании ст. 22, 22.1 Федерального закона от 03.07.2016 № 237-ФЗ «О государственной кадастровой оценке» прошу установить кадастровую стоимость следующего объекта недвижимости в размере его рыночной стоимости.</w:t>
      </w:r>
    </w:p>
    <w:p/>
    <w:p>
      <w:r>
        <w:rPr>
          <w:b/>
        </w:rPr>
        <w:t>1. Сведения об объекте недвижимости</w:t>
      </w:r>
    </w:p>
    <w:p>
      <w:r>
        <w:t>Вид объекта: квартира</w:t>
      </w:r>
    </w:p>
    <w:p>
      <w:r>
        <w:t>Кадастровый номер: 77:01:0001234:5678</w:t>
      </w:r>
    </w:p>
    <w:p>
      <w:r>
        <w:t>Адрес: г. Москва, ул. Тверская, д. 15, кв. 42</w:t>
      </w:r>
    </w:p>
    <w:p>
      <w:r>
        <w:t>Площадь: 58,3 кв. м</w:t>
      </w:r>
    </w:p>
    <w:p>
      <w:r>
        <w:t>Назначение: жилое</w:t>
      </w:r>
    </w:p>
    <w:p/>
    <w:p>
      <w:r>
        <w:rPr>
          <w:b/>
        </w:rPr>
        <w:t>2. Кадастровая и рыночная стоимость</w:t>
      </w:r>
    </w:p>
    <w:p>
      <w:r>
        <w:t>Кадастровая стоимость по ЕГРН: 12 500 000 руб.</w:t>
      </w:r>
    </w:p>
    <w:p>
      <w:r>
        <w:t>Дата определения: 01.01.2024 (государственная кадастровая оценка)</w:t>
      </w:r>
    </w:p>
    <w:p>
      <w:r>
        <w:t>Рыночная стоимость (по отчёту оценщика): 8 200 000 руб.</w:t>
      </w:r>
    </w:p>
    <w:p>
      <w:r>
        <w:t>Дата оценки: 01.01.2024</w:t>
      </w:r>
    </w:p>
    <w:p>
      <w:r>
        <w:t>Оценщик: ООО «Независимая оценка», отчёт № 2025-147 от 15.04.2025</w:t>
      </w:r>
    </w:p>
    <w:p/>
    <w:p>
      <w:r>
        <w:rPr>
          <w:b/>
        </w:rPr>
        <w:t>3. Влияние на налог</w:t>
      </w:r>
    </w:p>
    <w:p>
      <w:r>
        <w:t>Завышенная кадастровая стоимость приводит к увеличению налога на имущество физических лиц (ст. 403, 408 НК РФ):</w:t>
      </w:r>
    </w:p>
    <w:p/>
    <w:p>
      <w:r>
        <w:t>Расчёт налога по текущей КС:</w:t>
      </w:r>
    </w:p>
    <w:p>
      <w:r>
        <w:t xml:space="preserve">  Налоговая база = 12 500 000 − (12 500 000 ÷ 58,3 × 20) = 12 500 000 − 4 288 166 = 8 211 834 руб.</w:t>
      </w:r>
    </w:p>
    <w:p>
      <w:r>
        <w:t xml:space="preserve">  Налог = 8 211 834 × 0,1% = 8 212 руб./год</w:t>
      </w:r>
    </w:p>
    <w:p/>
    <w:p>
      <w:r>
        <w:t>Расчёт налога по рыночной стоимости:</w:t>
      </w:r>
    </w:p>
    <w:p>
      <w:r>
        <w:t xml:space="preserve">  Налоговая база = 8 200 000 − (8 200 000 ÷ 58,3 × 20) = 8 200 000 − 2 813 893 = 5 386 107 руб.</w:t>
      </w:r>
    </w:p>
    <w:p>
      <w:r>
        <w:t xml:space="preserve">  Налог = 5 386 107 × 0,1% = 5 386 руб./год</w:t>
      </w:r>
    </w:p>
    <w:p/>
    <w:p>
      <w:r>
        <w:t>Переплата: 8 212 − 5 386 = 2 826 руб./год.</w:t>
      </w:r>
    </w:p>
    <w:p/>
    <w:p>
      <w:r>
        <w:rPr>
          <w:b/>
        </w:rPr>
        <w:t>4. Просьба</w:t>
      </w:r>
    </w:p>
    <w:p>
      <w:r>
        <w:t>Прошу установить кадастровую стоимость объекта с кадастровым номером 77:01:0001234:5678 в размере его рыночной стоимости 8 200 000 (восемь миллионов двести тысяч) руб. на основании отчёта об оценке № 2025-147 от 15.04.2025.</w:t>
      </w:r>
    </w:p>
    <w:p/>
    <w:p>
      <w:r>
        <w:rPr>
          <w:b/>
        </w:rPr>
        <w:t>5. Приложения</w:t>
      </w:r>
    </w:p>
    <w:p>
      <w:r>
        <w:t>1. Выписка из ЕГРН о кадастровой стоимости от 10.04.2025.</w:t>
      </w:r>
    </w:p>
    <w:p>
      <w:r>
        <w:t>2. Отчёт об оценке рыночной стоимости № 2025-147 от 15.04.2025 (ООО «Независимая оценка»).</w:t>
      </w:r>
    </w:p>
    <w:p>
      <w:r>
        <w:t>3. Выписка из ЕГРН на квартиру (копия).</w:t>
      </w:r>
    </w:p>
    <w:p>
      <w:r>
        <w:t>4. Копия паспорта Кузнецовой И.М.</w:t>
      </w:r>
    </w:p>
    <w:p/>
    <w:p>
      <w:r>
        <w:t>Дата: «05» мая 2025 г.</w:t>
      </w:r>
    </w:p>
    <w:p>
      <w:r>
        <w:t>Подпись: _______________  /  Кузнецова И.М. 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