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Судебному приставу-исполнителю</w:t>
        <w:br/>
      </w:r>
      <w:r>
        <w:rPr>
          <w:sz w:val="22"/>
        </w:rPr>
        <w:t>ОСП по Черёмушкинскому району г. Москвы</w:t>
        <w:br/>
      </w:r>
      <w:r>
        <w:rPr>
          <w:sz w:val="22"/>
        </w:rPr>
        <w:t>УФССП по г. Москве</w:t>
        <w:br/>
      </w:r>
      <w:r>
        <w:rPr>
          <w:sz w:val="22"/>
        </w:rPr>
        <w:br/>
      </w:r>
      <w:r>
        <w:rPr>
          <w:sz w:val="22"/>
        </w:rPr>
        <w:t>Должник:</w:t>
        <w:br/>
      </w:r>
      <w:r>
        <w:rPr>
          <w:sz w:val="22"/>
        </w:rPr>
        <w:t>Григорьева Елена Сергеевна</w:t>
        <w:br/>
      </w:r>
      <w:r>
        <w:rPr>
          <w:sz w:val="22"/>
        </w:rPr>
        <w:t>ИНН: 771712345678</w:t>
        <w:br/>
      </w:r>
      <w:r>
        <w:rPr>
          <w:sz w:val="22"/>
        </w:rPr>
        <w:t>Адрес: 117218, г. Москва, ул. Кржижановского, д. 12, кв. 56</w:t>
        <w:br/>
      </w:r>
      <w:r>
        <w:rPr>
          <w:sz w:val="22"/>
        </w:rPr>
        <w:t>Тел.: +7 (925) 555-99-00</w:t>
        <w:br/>
      </w:r>
    </w:p>
    <w:p>
      <w:pPr>
        <w:jc w:val="center"/>
      </w:pPr>
      <w:r>
        <w:rPr>
          <w:b/>
          <w:sz w:val="26"/>
        </w:rPr>
        <w:t>ЗАЯВЛЕНИЕ</w:t>
        <w:br/>
        <w:t>о сохранении прожиточного минимума</w:t>
      </w:r>
    </w:p>
    <w:p/>
    <w:p>
      <w:r>
        <w:t>В рамках исполнительного производства № 33333/25/77017-ИП от 20.01.2025 производится удержание из моей пенсии в размере 50% (17 500 руб. из 35 000 руб.).</w:t>
      </w:r>
    </w:p>
    <w:p>
      <w:r>
        <w:t>После удержания на счёте остаётся 17 500 руб., что ниже прожиточного минимума для пенсионеров в г. Москве (16 964 руб. на 2025 г.). Однако у меня на иждивении несовершеннолетний внук 2018 г.р. (опека), прожиточный минимум на ребёнка — 18 770 руб.</w:t>
      </w:r>
    </w:p>
    <w:p>
      <w:r>
        <w:t>Совокупная потребность: 16 964 + 18 770 = 35 734 руб., что превышает мой доход (35 000 руб.).</w:t>
      </w:r>
    </w:p>
    <w:p>
      <w:r>
        <w:t>На основании ст. 99 ФЗ от 02.10.2007 № 229-ФЗ ПРОШУ:</w:t>
      </w:r>
    </w:p>
    <w:p>
      <w:pPr>
        <w:pStyle w:val="ListBullet"/>
      </w:pPr>
      <w:r>
        <w:t>1. Установить размер удержаний с сохранением на счёте суммы не менее прожиточного минимума — 16 964 руб.</w:t>
      </w:r>
    </w:p>
    <w:p>
      <w:pPr>
        <w:pStyle w:val="ListBullet"/>
      </w:pPr>
      <w:r>
        <w:t>2. Снизить размер удержаний до 18 036 руб./мес. (35 000 − 16 964).</w:t>
      </w:r>
    </w:p>
    <w:p>
      <w:r>
        <w:t>Кроме того, прошу учесть наличие иждивенца и рассмотреть возможность дополнительного снижения удержаний.</w:t>
      </w:r>
    </w:p>
    <w:p/>
    <w:p>
      <w:r>
        <w:rPr>
          <w:b/>
        </w:rPr>
        <w:t>Приложения:</w:t>
      </w:r>
    </w:p>
    <w:p>
      <w:r>
        <w:t>1. Справка ПФР о размере пенсии</w:t>
      </w:r>
    </w:p>
    <w:p>
      <w:r>
        <w:t>2. Постановление об опеке над внуком</w:t>
      </w:r>
    </w:p>
    <w:p>
      <w:r>
        <w:t>3. Свидетельство о рождении внука</w:t>
      </w:r>
    </w:p>
    <w:p>
      <w:r>
        <w:t>4. Справка о прожиточном минимуме в г. Москве на 2025 г.</w:t>
      </w:r>
    </w:p>
    <w:p/>
    <w:p>
      <w:r>
        <w:t>Дата: 10 февраля 2025 г.</w:t>
      </w:r>
    </w:p>
    <w:p/>
    <w:p>
      <w:r>
        <w:t>Подпись: _____________ / Григорьева Е.С.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