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ИФНС России № 20</w:t>
      </w:r>
    </w:p>
    <w:p>
      <w:pPr>
        <w:spacing w:after="0"/>
        <w:jc w:val="right"/>
      </w:pPr>
      <w:r>
        <w:t>по Московской области</w:t>
      </w:r>
    </w:p>
    <w:p>
      <w:pPr>
        <w:spacing w:after="0"/>
        <w:jc w:val="right"/>
      </w:pPr>
    </w:p>
    <w:p>
      <w:pPr>
        <w:spacing w:after="0"/>
        <w:jc w:val="right"/>
      </w:pPr>
      <w:r>
        <w:t>от Петрова Виктора Николаевича</w:t>
      </w:r>
    </w:p>
    <w:p>
      <w:pPr>
        <w:spacing w:after="0"/>
        <w:jc w:val="right"/>
      </w:pPr>
      <w:r>
        <w:t>ИНН: 501234567890</w:t>
      </w:r>
    </w:p>
    <w:p>
      <w:pPr>
        <w:spacing w:after="0"/>
        <w:jc w:val="right"/>
      </w:pPr>
      <w:r>
        <w:t>Дата рождения: 12.05.1968</w:t>
      </w:r>
    </w:p>
    <w:p>
      <w:pPr>
        <w:spacing w:after="0"/>
        <w:jc w:val="right"/>
      </w:pPr>
      <w:r>
        <w:t>Московская обл., г. Раменское,</w:t>
      </w:r>
    </w:p>
    <w:p>
      <w:pPr>
        <w:spacing w:after="0"/>
        <w:jc w:val="right"/>
      </w:pPr>
      <w:r>
        <w:t>ул. Садовая, д. 7</w:t>
      </w:r>
    </w:p>
    <w:p>
      <w:pPr>
        <w:spacing w:after="0"/>
        <w:jc w:val="right"/>
      </w:pPr>
      <w:r>
        <w:t>Телефон: +7 (903) 456-78-90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гибели или уничтожении объекта налогообложения</w:t>
        <w:br/>
        <w:t>по налогу на имущество физических лиц</w:t>
      </w:r>
    </w:p>
    <w:p>
      <w:r>
        <w:t>(по форме КНД 1150075)</w:t>
      </w:r>
    </w:p>
    <w:p/>
    <w:p>
      <w:r>
        <w:t>На основании п. 2.1 ст. 408 НК РФ прошу прекратить исчисление налога на имущество в отношении уничтоженного объекта.</w:t>
      </w:r>
    </w:p>
    <w:p/>
    <w:p>
      <w:r>
        <w:rPr>
          <w:b/>
        </w:rPr>
        <w:t>1. Сведения об объекте</w:t>
      </w:r>
    </w:p>
    <w:p>
      <w:r>
        <w:t>Вид объекта: жилой дом</w:t>
      </w:r>
    </w:p>
    <w:p>
      <w:r>
        <w:t>Кадастровый номер: 50:23:0012345:678</w:t>
      </w:r>
    </w:p>
    <w:p>
      <w:r>
        <w:t>Адрес: Московская обл., Раменский р-н, д. Софьино, ул. Лесная, д. 12</w:t>
      </w:r>
    </w:p>
    <w:p>
      <w:r>
        <w:t>Площадь: 92 кв. м</w:t>
      </w:r>
    </w:p>
    <w:p/>
    <w:p>
      <w:r>
        <w:rPr>
          <w:b/>
        </w:rPr>
        <w:t>2. Дата и причина гибели</w:t>
      </w:r>
    </w:p>
    <w:p>
      <w:r>
        <w:t>Дата гибели объекта: 14.08.2024</w:t>
      </w:r>
    </w:p>
    <w:p>
      <w:r>
        <w:t>Причина: пожар. Дом полностью уничтожен огнём, восстановлению не подлежит.</w:t>
      </w:r>
    </w:p>
    <w:p/>
    <w:p>
      <w:r>
        <w:rPr>
          <w:b/>
        </w:rPr>
        <w:t>3. Подтверждающий документ</w:t>
      </w:r>
    </w:p>
    <w:p>
      <w:r>
        <w:t>Наименование: справка о пожаре</w:t>
      </w:r>
    </w:p>
    <w:p>
      <w:r>
        <w:t>Номер: № 234/08-2024</w:t>
      </w:r>
    </w:p>
    <w:p>
      <w:r>
        <w:t>Дата выдачи: 16.08.2024</w:t>
      </w:r>
    </w:p>
    <w:p>
      <w:r>
        <w:t>Кем выдан: 12-й отряд ФПС ГУ МЧС России по Московской области</w:t>
      </w:r>
    </w:p>
    <w:p/>
    <w:p>
      <w:r>
        <w:rPr>
          <w:b/>
        </w:rPr>
        <w:t>4. Расчёт переплаты</w:t>
      </w:r>
    </w:p>
    <w:p>
      <w:r>
        <w:t>Кадастровая стоимость: 3 800 000 руб.</w:t>
      </w:r>
    </w:p>
    <w:p>
      <w:r>
        <w:t>Налог за полный 2024 год: 3 800 000 × 0,1% = 3 800 руб.</w:t>
      </w:r>
    </w:p>
    <w:p>
      <w:r>
        <w:t>Налог с учётом гибели (январь–июль, 7/12): 3 800 × 7/12 = 2 217 руб.</w:t>
      </w:r>
    </w:p>
    <w:p>
      <w:r>
        <w:t>Переплата при уплате полного налога: 3 800 − 2 217 = 1 583 руб.</w:t>
      </w:r>
    </w:p>
    <w:p/>
    <w:p>
      <w:r>
        <w:rPr>
          <w:b/>
        </w:rPr>
        <w:t>5. Просьба</w:t>
      </w:r>
    </w:p>
    <w:p>
      <w:r>
        <w:t>Прошу:</w:t>
      </w:r>
    </w:p>
    <w:p>
      <w:r>
        <w:t>1) прекратить исчисление налога на имущество по объекту 50:23:0012345:678 с 1 августа 2024 г. (месяц гибели);</w:t>
      </w:r>
    </w:p>
    <w:p>
      <w:r>
        <w:t>2) произвести перерасчёт налога за 2024 год.</w:t>
      </w:r>
    </w:p>
    <w:p/>
    <w:p>
      <w:r>
        <w:t>Способ получения результата: через личный кабинет.</w:t>
      </w:r>
    </w:p>
    <w:p/>
    <w:p>
      <w:r>
        <w:t>Приложение: справка о пожаре № 234/08-2024 от 16.08.2024 (копия).</w:t>
      </w:r>
    </w:p>
    <w:p/>
    <w:p>
      <w:r>
        <w:t>Дата: «25» сентября 2024 г.</w:t>
      </w:r>
    </w:p>
    <w:p>
      <w:r>
        <w:t>Подпись: _______________  /  Петров В.Н.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