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Межрайонную ИФНС России № 15</w:t>
        <w:br/>
        <w:t>по г. Москве</w:t>
        <w:br/>
        <w:t>127083, г. Москва, ул. Верхняя Масловка, д. 7</w:t>
        <w:br/>
        <w:br/>
        <w:t>От: Кузнецов Алексей Владимирович</w:t>
        <w:br/>
        <w:t>ИНН: 770512345678</w:t>
        <w:br/>
        <w:t>Адрес: 125167, г. Москва,</w:t>
        <w:br/>
        <w:t>Ленинградский просп., д. 37, корп. 12, кв. 88</w:t>
        <w:br/>
        <w:t>Тел.: +7 (903) 222-33-44</w:t>
      </w:r>
    </w:p>
    <w:p>
      <w:pPr>
        <w:jc w:val="center"/>
      </w:pPr>
      <w:r>
        <w:rPr>
          <w:b/>
        </w:rPr>
        <w:t>ЗАПРОС</w:t>
        <w:br/>
        <w:t>О ВЫДАЧЕ СПРАВКИ О СОСТОЯНИИ РАСЧЁТОВ ПО ЕНС</w:t>
      </w:r>
    </w:p>
    <w:p>
      <w:pPr>
        <w:jc w:val="center"/>
      </w:pPr>
      <w:r>
        <w:rPr>
          <w:i/>
        </w:rPr>
        <w:t>(по форме КНД 1114237)</w:t>
      </w:r>
    </w:p>
    <w:p/>
    <w:p>
      <w:r>
        <w:t>На основании пп. 10 п. 1 ст. 21 НК РФ прошу выдать справку следующего вида:</w:t>
      </w:r>
    </w:p>
    <w:p>
      <w:r>
        <w:t>☑  Справка о наличии положительного, отрицательного или нулевого сальдо единого налогового счёта</w:t>
      </w:r>
    </w:p>
    <w:p/>
    <w:p>
      <w:r>
        <w:t>Дата, на которую запрашивается информация: «01» июня 2026 г.</w:t>
      </w:r>
    </w:p>
    <w:p/>
    <w:p>
      <w:r>
        <w:t>Способ получения справки:</w:t>
      </w:r>
    </w:p>
    <w:p>
      <w:r>
        <w:t>☑  Через личный кабинет налогоплательщика</w:t>
      </w:r>
    </w:p>
    <w:p/>
    <w:p>
      <w:r>
        <w:t>Справка необходима для подтверждения состояния расчётов по ЕНС в связи с подачей жалобы на решение о взыскании задолженности. По данным личного кабинета, на 01.06.2026 в сальдо ЕНС отражена задолженность 15 240 руб. по транспортному налогу за 2024 год, которую считаю ошибочной (подано заявление о перерасчёте от 15.05.2026).</w:t>
      </w:r>
    </w:p>
    <w:p/>
    <w:p>
      <w:r>
        <w:t>«___» __________ 20__ г.        ____________ / Кузнецов Алексей Владимирович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