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Руководителю ИФНС России № 33</w:t>
        <w:br/>
      </w:r>
      <w:r>
        <w:rPr>
          <w:sz w:val="22"/>
        </w:rPr>
        <w:t>по г. Москве</w:t>
        <w:br/>
      </w:r>
      <w:r>
        <w:rPr>
          <w:sz w:val="22"/>
        </w:rPr>
        <w:t>от Петровой Анны Николаевны</w:t>
        <w:br/>
      </w:r>
      <w:r>
        <w:rPr>
          <w:sz w:val="22"/>
        </w:rPr>
        <w:t>ИНН: 773312345678</w:t>
        <w:br/>
      </w:r>
      <w:r>
        <w:rPr>
          <w:sz w:val="22"/>
        </w:rPr>
        <w:t>Адрес: 125167, г. Москва, ул. Планетная, д. 3, кв. 71</w:t>
        <w:br/>
      </w:r>
      <w:r>
        <w:rPr>
          <w:sz w:val="22"/>
        </w:rPr>
        <w:t>Тел.: +7 (916) 555-12-34</w:t>
        <w:br/>
      </w:r>
    </w:p>
    <w:p>
      <w:pPr>
        <w:jc w:val="center"/>
      </w:pPr>
      <w:r>
        <w:rPr>
          <w:b/>
          <w:sz w:val="26"/>
        </w:rPr>
        <w:t>ХОДАТАЙСТВО</w:t>
        <w:br/>
        <w:t>об участии представителя в рассмотрении материалов проверки</w:t>
      </w:r>
    </w:p>
    <w:p/>
    <w:p>
      <w:r>
        <w:t>В связи с рассмотрением материалов камеральной налоговой проверки (акт от 05.04.2025 № 12-10/1105) прошу обеспечить участие моего представителя в рассмотрении материалов проверки.</w:t>
      </w:r>
    </w:p>
    <w:p>
      <w:r>
        <w:rPr>
          <w:b/>
        </w:rPr>
        <w:t>Сведения о представителе:</w:t>
      </w:r>
    </w:p>
    <w:p>
      <w:pPr>
        <w:pStyle w:val="ListBullet"/>
      </w:pPr>
      <w:r>
        <w:t>ФИО: Сидоров Игорь Петрович</w:t>
      </w:r>
    </w:p>
    <w:p>
      <w:pPr>
        <w:pStyle w:val="ListBullet"/>
      </w:pPr>
      <w:r>
        <w:t>Доверенность: от 10.04.2025, удостоверена нотариусом г. Москвы Ивановой М.К., реестровый номер 77/102-н/77-2025-1-456</w:t>
      </w:r>
    </w:p>
    <w:p>
      <w:pPr>
        <w:pStyle w:val="ListBullet"/>
      </w:pPr>
      <w:r>
        <w:t>Полномочия: участие в рассмотрении материалов проверки, представление пояснений и документов, получение копий решений, подписание документов</w:t>
      </w:r>
    </w:p>
    <w:p>
      <w:pPr>
        <w:pStyle w:val="ListBullet"/>
      </w:pPr>
      <w:r>
        <w:t>Контактный телефон представителя: +7 (495) 555-98-76</w:t>
      </w:r>
    </w:p>
    <w:p>
      <w:r>
        <w:t>На основании п. 2 ст. 101 НК РФ и ст. 29 НК РФ прошу обеспечить участие указанного представителя при рассмотрении материалов проверки.</w:t>
      </w:r>
    </w:p>
    <w:p>
      <w:r>
        <w:t>Прошу направлять извещения о дате и времени рассмотрения на мой адрес через личный кабинет налогоплательщика, а также представителю по адресу: 125167, г. Москва, ул. Планетная, д. 3, оф. 205.</w:t>
      </w:r>
    </w:p>
    <w:p/>
    <w:p>
      <w:r>
        <w:rPr>
          <w:b/>
        </w:rPr>
        <w:t>Приложения:</w:t>
      </w:r>
    </w:p>
    <w:p>
      <w:r>
        <w:t>1. Копия доверенности от 10.04.2025 (нотариально удостоверенная)</w:t>
      </w:r>
    </w:p>
    <w:p/>
    <w:p>
      <w:r>
        <w:t>Дата: 12 апреля 2025 г.</w:t>
      </w:r>
    </w:p>
    <w:p/>
    <w:p>
      <w:r>
        <w:t>Подпись: _____________ / Петрова А.Н.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