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Савеловский РОСП ГУФССП России по г. Москве</w:t>
      </w:r>
    </w:p>
    <w:p>
      <w:pPr>
        <w:jc w:val="right"/>
      </w:pPr>
      <w:r>
        <w:t>Старшему судебному приставу</w:t>
      </w:r>
    </w:p>
    <w:p>
      <w:pPr>
        <w:jc w:val="right"/>
      </w:pPr>
      <w:r>
        <w:t>От: Иванова Ивана Ивановича</w:t>
      </w:r>
    </w:p>
    <w:p>
      <w:pPr>
        <w:jc w:val="right"/>
      </w:pPr>
      <w:r>
        <w:t>Паспорт: 45 10 № 123456, выдан ОВД «Аэропорт» г. Москвы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Адрес: 125040, г. Москва, пр-кт Ленинградский, д. 10, кв. 5</w:t>
      </w:r>
    </w:p>
    <w:p>
      <w:pPr>
        <w:jc w:val="right"/>
      </w:pPr>
      <w:r>
        <w:t>Тел.: +7 (915) 123-45-67</w:t>
      </w:r>
    </w:p>
    <w:p>
      <w:pPr>
        <w:jc w:val="center"/>
      </w:pPr>
      <w:r>
        <w:rPr>
          <w:b/>
        </w:rPr>
        <w:t>**ЗАЯВЛЕНИЕ</w:t>
      </w:r>
    </w:p>
    <w:p>
      <w:r>
        <w:t>о возврате денежных средств с депозитного счета подразделения ФССП**</w:t>
      </w:r>
    </w:p>
    <w:p/>
    <w:p>
      <w:r>
        <w:t>В производстве Савеловского РОСП находилось исполнительное производство № 12345/26/77035-ИП от 10.02.2026, возбужденное на основании судебного приказа мирового судьи уч. № 345 г. Москвы от 15.01.2026 по делу № 2-10/2026 о взыскании задолженности по транспортному налогу.</w:t>
      </w:r>
    </w:p>
    <w:p/>
    <w:p>
      <w:r>
        <w:t>В ходе исполнения 01.03.2026 со счета должника № 40817810000001234567 в ПАО Сбербанк были взысканы денежные средства в размере 15 400 руб. 00 коп.</w:t>
      </w:r>
    </w:p>
    <w:p/>
    <w:p>
      <w:r>
        <w:t>Настоящим сообщаю, что основание для взыскания указанной суммы отпало в связи с отменой судебного приказа. Определением мирового судьи судебного участка № 345 г. Москвы от 15.03.2026 судебный приказ от 15.01.2026 отменен. Постановление о прекращении исполнительного производства вынесено 20.03.2026.</w:t>
      </w:r>
    </w:p>
    <w:p/>
    <w:p>
      <w:r>
        <w:t>По информации из личного кабинета портала Госуслуг, указанные средства в размере 15 400 руб. находятся на депозитном счете Савеловского РОСП и в бюджет (ИФНС) не перечислены.</w:t>
      </w:r>
    </w:p>
    <w:p/>
    <w:p>
      <w:r>
        <w:t>В соответствии с ч. 1, 11 ст. 110 Федерального закона от 02.10.2007 № 229-ФЗ «Об исполнительном производстве»,</w:t>
      </w:r>
    </w:p>
    <w:p/>
    <w:p>
      <w:r>
        <w:t>**ПРОШУ:**</w:t>
      </w:r>
    </w:p>
    <w:p/>
    <w:p>
      <w:pPr>
        <w:pStyle w:val="ListNumber"/>
      </w:pPr>
      <w:r>
        <w:t>1. Произвести возврат денежных средств в сумме 15 400 (пятнадцать тысяч четыреста) руб. 00 коп.</w:t>
      </w:r>
    </w:p>
    <w:p>
      <w:pPr>
        <w:pStyle w:val="ListNumber"/>
      </w:pPr>
      <w:r>
        <w:t>2. Перечислить денежные средства по следующим реквизитам:</w:t>
      </w:r>
    </w:p>
    <w:p>
      <w:pPr>
        <w:pStyle w:val="ListBullet"/>
      </w:pPr>
      <w:r>
        <w:t>Получатель: Иванов Иван Иванович</w:t>
      </w:r>
    </w:p>
    <w:p>
      <w:pPr>
        <w:pStyle w:val="ListBullet"/>
      </w:pPr>
      <w:r>
        <w:t>Номер счета: 40817810538000001111</w:t>
      </w:r>
    </w:p>
    <w:p>
      <w:pPr>
        <w:pStyle w:val="ListBullet"/>
      </w:pPr>
      <w:r>
        <w:t>Банк получателя: ПАО Сбербанк</w:t>
      </w:r>
    </w:p>
    <w:p>
      <w:pPr>
        <w:pStyle w:val="ListBullet"/>
      </w:pPr>
      <w:r>
        <w:t>БИК: 044525225</w:t>
      </w:r>
    </w:p>
    <w:p>
      <w:pPr>
        <w:pStyle w:val="ListBullet"/>
      </w:pPr>
      <w:r>
        <w:t>Корр. счет: 30101810400000000225</w:t>
      </w:r>
    </w:p>
    <w:p/>
    <w:p>
      <w:r>
        <w:t>**Приложения:**</w:t>
      </w:r>
    </w:p>
    <w:p>
      <w:pPr>
        <w:pStyle w:val="ListNumber"/>
      </w:pPr>
      <w:r>
        <w:t>1. Копия определения об отмене судебного приказа от 15.03.2026.</w:t>
      </w:r>
    </w:p>
    <w:p>
      <w:pPr>
        <w:pStyle w:val="ListNumber"/>
      </w:pPr>
      <w:r>
        <w:t>2. Копия постановления о прекращении ИП от 20.03.2026.</w:t>
      </w:r>
    </w:p>
    <w:p>
      <w:pPr>
        <w:pStyle w:val="ListNumber"/>
      </w:pPr>
      <w:r>
        <w:t>3. Выписка по счету из ПАО Сбербанк от 02.03.2026 о списании суммы.</w:t>
      </w:r>
    </w:p>
    <w:p>
      <w:pPr>
        <w:pStyle w:val="ListNumber"/>
      </w:pPr>
      <w:r>
        <w:t>4. Копия паспорта (разворот с фото и регистрацией).</w:t>
      </w:r>
    </w:p>
    <w:p/>
    <w:p>
      <w:r>
        <w:t>25.03.2026    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