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ОСП по Черёмушкинскому району г. Москвы</w:t>
      </w:r>
    </w:p>
    <w:p>
      <w:pPr>
        <w:jc w:val="right"/>
      </w:pPr>
      <w:r>
        <w:t>От: Григорьевой Елены Сергеевны</w:t>
      </w:r>
    </w:p>
    <w:p>
      <w:pPr>
        <w:jc w:val="right"/>
      </w:pPr>
      <w:r>
        <w:t>ИНН 771712345678, СНИЛС 123-456-789 00</w:t>
      </w:r>
    </w:p>
    <w:p>
      <w:pPr>
        <w:jc w:val="right"/>
      </w:pPr>
      <w:r>
        <w:t>Адрес: 117218, г. Москва, ул. Кржижановского, д. 1, кв. 1</w:t>
      </w:r>
    </w:p>
    <w:p>
      <w:pPr>
        <w:jc w:val="right"/>
      </w:pPr>
      <w:r>
        <w:t>Тел.: +7 900 000-00-00</w:t>
      </w:r>
    </w:p>
    <w:p>
      <w:pPr>
        <w:jc w:val="right"/>
      </w:pPr>
      <w:r>
        <w:t>Исполнительное производство № 33333/25/77017-ИП</w:t>
      </w:r>
    </w:p>
    <w:p>
      <w:pPr>
        <w:jc w:val="center"/>
      </w:pPr>
      <w:r>
        <w:rPr>
          <w:b/>
        </w:rPr>
        <w:t>ЗАЯВЛЕНИЕ</w:t>
      </w:r>
    </w:p>
    <w:p>
      <w:pPr>
        <w:jc w:val="center"/>
      </w:pPr>
      <w:r>
        <w:rPr>
          <w:i/>
        </w:rPr>
        <w:t>(о сохранении прожиточного минимума)</w:t>
      </w:r>
    </w:p>
    <w:p/>
    <w:p>
      <w:r>
        <w:t>Я являюсь должником по вышеуказанному ИП. Мой единственный доход — страховая пенсия по старости в размере 35 000 руб. В настоящее время производится удержание 50% (17 500 руб.), после чего у меня остается сумма, не обеспечивающая минимальные потребности.</w:t>
      </w:r>
    </w:p>
    <w:p/>
    <w:p>
      <w:r>
        <w:t>В соответствии с постановлением Правительства Москвы от 11.11.2025 № 2665-ПП прожиточный минимум пенсионера в г. Москве на 2026 год составляет 18 971 руб.</w:t>
      </w:r>
    </w:p>
    <w:p>
      <w:r>
        <w:t>На основании ст. 69 и 99 ФЗ-229,</w:t>
      </w:r>
    </w:p>
    <w:p/>
    <w:p>
      <w:r>
        <w:rPr>
          <w:b/>
        </w:rPr>
        <w:t>ПРОШУ:</w:t>
      </w:r>
    </w:p>
    <w:p>
      <w:pPr>
        <w:pStyle w:val="ListNumber"/>
      </w:pPr>
      <w:r>
        <w:t>1. Сохранять ежемесячно денежные средства в размере прожиточного минимума пенсионера в г. Москве (18 971 руб.) на моем банковском счете.</w:t>
      </w:r>
    </w:p>
    <w:p>
      <w:pPr>
        <w:pStyle w:val="ListNumber"/>
      </w:pPr>
      <w:r>
        <w:t>2. Установить размер удержаний из пенсии не более 16 029 руб. (35 000 - 18 971).</w:t>
      </w:r>
    </w:p>
    <w:p>
      <w:pPr>
        <w:pStyle w:val="ListNumber"/>
      </w:pPr>
      <w:r>
        <w:t>3. Сохранять денежные средства на счете № 40817810000001234567 в ПАО Сбербанк (БИК 044525225).</w:t>
      </w:r>
    </w:p>
    <w:p/>
    <w:p>
      <w:r>
        <w:t>Примечание: Факт наличия иждивенца (внука) будет подтвержден мною в судебном порядке в рамках ст. 203 ГПК РФ для дополнительного снижения удержаний.</w:t>
      </w:r>
    </w:p>
    <w:p/>
    <w:p>
      <w:r>
        <w:rPr>
          <w:b/>
        </w:rPr>
        <w:t>Приложение: Справка о назначенной пенсии из СФР, выписка по счету.</w:t>
      </w:r>
    </w:p>
    <w:p/>
    <w:p>
      <w:r>
        <w:t>10.02.2026                 ____________ / Григорьева Е.С.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