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ОСП по Пресненскому району г. Москвы</w:t>
      </w:r>
    </w:p>
    <w:p>
      <w:pPr>
        <w:jc w:val="right"/>
      </w:pPr>
      <w:r>
        <w:t>Адрес: 123022, г. Москва, ул. Красная Пресня, д. 26</w:t>
      </w:r>
    </w:p>
    <w:p>
      <w:pPr>
        <w:jc w:val="right"/>
      </w:pPr>
      <w:r>
        <w:t>Судебному приставу-исполнителю</w:t>
      </w:r>
    </w:p>
    <w:p>
      <w:pPr>
        <w:jc w:val="right"/>
      </w:pPr>
      <w:r>
        <w:t>Иванову И.И.</w:t>
      </w:r>
    </w:p>
    <w:p>
      <w:pPr>
        <w:jc w:val="right"/>
      </w:pPr>
      <w:r>
        <w:t>От Должника: Антоновой Марии Викторовны</w:t>
      </w:r>
    </w:p>
    <w:p>
      <w:pPr>
        <w:jc w:val="right"/>
      </w:pPr>
      <w:r>
        <w:t>Дата рождения: 15.05.1985</w:t>
      </w:r>
    </w:p>
    <w:p>
      <w:pPr>
        <w:jc w:val="right"/>
      </w:pPr>
      <w:r>
        <w:t>Паспорт: 45 10 № 123456, выдан ГУ МВД по г. Москве</w:t>
      </w:r>
    </w:p>
    <w:p>
      <w:pPr>
        <w:jc w:val="right"/>
      </w:pPr>
      <w:r>
        <w:t>СНИЛС: 123-456-789 00</w:t>
      </w:r>
    </w:p>
    <w:p>
      <w:pPr>
        <w:jc w:val="right"/>
      </w:pPr>
      <w:r>
        <w:t>ИНН: 772312345678</w:t>
      </w:r>
    </w:p>
    <w:p>
      <w:pPr>
        <w:jc w:val="right"/>
      </w:pPr>
      <w:r>
        <w:t>Адрес регистрации: 123242, г. Москва, ул. Красина, д. 7, кв. 31</w:t>
      </w:r>
    </w:p>
    <w:p>
      <w:pPr>
        <w:jc w:val="right"/>
      </w:pPr>
      <w:r>
        <w:t>Тел.: +7 (900) 111-22-33</w:t>
      </w:r>
    </w:p>
    <w:p>
      <w:pPr>
        <w:jc w:val="center"/>
      </w:pPr>
      <w:r>
        <w:rPr>
          <w:b/>
        </w:rPr>
        <w:t>ЗАЯВЛЕНИЕ</w:t>
      </w:r>
    </w:p>
    <w:p>
      <w:r>
        <w:t>о снятии ограничений и запретов в связи с исполнением обязательств</w:t>
      </w:r>
    </w:p>
    <w:p/>
    <w:p>
      <w:r>
        <w:t>В производстве ОСП по Пресненскому району находится исполнительное производство № 22222/25/77023-ИП от 10.01.2025.</w:t>
      </w:r>
    </w:p>
    <w:p/>
    <w:p>
      <w:r>
        <w:t>В рамках указанного ИП были наложены следующие ограничения:</w:t>
      </w:r>
    </w:p>
    <w:p>
      <w:r>
        <w:t>Выбрано: Запрет на регистрационные действия в отношении объекта недвижимости: квартира по адресу: г. Москва, ул. Красина, д. 7, кв. 31 (кад. номер 77:01:0001234:567).</w:t>
      </w:r>
    </w:p>
    <w:p>
      <w:r>
        <w:t>Выбрано: Обращение взыскания/арест денежных средств на счете № 40817810900001234567 в ПАО «ВТБ».</w:t>
      </w:r>
    </w:p>
    <w:p/>
    <w:p>
      <w:r>
        <w:t>Настоящим сообщаю, что основания для сохранения указанных ограничений отпали в связи с:</w:t>
      </w:r>
    </w:p>
    <w:p>
      <w:r>
        <w:t>Выбрано: Полным погашением задолженности. Задолженность в размере 78 500 руб. погашена 14.04.2025 (чек-ордер № 543 от 14.04.2025 прилагается). 15.04.2025 вынесено постановление об окончании ИП, однако ограничения до настоящего момента не сняты.</w:t>
      </w:r>
    </w:p>
    <w:p/>
    <w:p>
      <w:r>
        <w:t>На основании ч. 4 ст. 47, ст. 64 ФЗ-229 «Об исполнительном производстве»,</w:t>
      </w:r>
    </w:p>
    <w:p/>
    <w:p>
      <w:r>
        <w:rPr>
          <w:b/>
        </w:rPr>
        <w:t>ПРОШУ:</w:t>
      </w:r>
    </w:p>
    <w:p>
      <w:pPr>
        <w:pStyle w:val="ListNumber"/>
      </w:pPr>
      <w:r>
        <w:t>1. Вынести постановление о снятии всех ранее наложенных ограничений и запретов в рамках ИП № 22222/25/77023-ИП.</w:t>
      </w:r>
    </w:p>
    <w:p>
      <w:pPr>
        <w:pStyle w:val="ListNumber"/>
      </w:pPr>
      <w:r>
        <w:t>2. Незамедлительно направить копию постановления о снятии ограничений в электронной форме посредством СМЭВ в Росреестр и ПАО «ВТБ».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паспорта Антоновой М.В.</w:t>
      </w:r>
    </w:p>
    <w:p>
      <w:pPr>
        <w:pStyle w:val="ListNumber"/>
      </w:pPr>
      <w:r>
        <w:t>2. Копия чек-ордера № 543 от 14.04.2025.</w:t>
      </w:r>
    </w:p>
    <w:p>
      <w:pPr>
        <w:pStyle w:val="ListNumber"/>
      </w:pPr>
      <w:r>
        <w:t>3. Копия постановления об окончании ИП от 15.04.2025.</w:t>
      </w:r>
    </w:p>
    <w:p/>
    <w:p>
      <w:r>
        <w:t>Дата: 25.04.2025</w:t>
      </w:r>
    </w:p>
    <w:p/>
    <w:p>
      <w:r>
        <w:t>Подпись: ___________ / Антонова М.В.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