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Инспекцию ФНС России № 20 по Московской области</w:t>
      </w:r>
    </w:p>
    <w:p>
      <w:pPr>
        <w:jc w:val="right"/>
      </w:pPr>
      <w:r>
        <w:t>от Петрова Виктора Николаевича</w:t>
      </w:r>
    </w:p>
    <w:p>
      <w:pPr>
        <w:jc w:val="right"/>
      </w:pPr>
      <w:r>
        <w:t>ИНН: 501234567890</w:t>
      </w:r>
    </w:p>
    <w:p>
      <w:pPr>
        <w:jc w:val="right"/>
      </w:pPr>
      <w:r>
        <w:t>Дата рождения: 12.05.1968</w:t>
      </w:r>
    </w:p>
    <w:p>
      <w:pPr>
        <w:jc w:val="right"/>
      </w:pPr>
      <w:r>
        <w:t>Место рождения: гор. Раменское Московской обл.</w:t>
      </w:r>
    </w:p>
    <w:p>
      <w:pPr>
        <w:jc w:val="right"/>
      </w:pPr>
      <w:r>
        <w:t>Паспорт: 46 12 № 123456, выдан ТП №1 ОУФМС России по МО в Раменском р-не, 20.05.2013</w:t>
      </w:r>
    </w:p>
    <w:p>
      <w:pPr>
        <w:jc w:val="right"/>
      </w:pPr>
      <w:r>
        <w:t>Телефон: +7 (900) 000-00-00</w:t>
      </w:r>
    </w:p>
    <w:p>
      <w:pPr>
        <w:jc w:val="center"/>
      </w:pPr>
      <w:r>
        <w:rPr>
          <w:b/>
        </w:rPr>
        <w:t>ЗАЯВЛЕНИЕ</w:t>
      </w:r>
    </w:p>
    <w:p>
      <w:r>
        <w:t>о гибели или уничтожении объекта налогообложения по налогу на имущество физических лиц</w:t>
      </w:r>
    </w:p>
    <w:p>
      <w:pPr>
        <w:jc w:val="center"/>
      </w:pPr>
      <w:r>
        <w:rPr>
          <w:i/>
        </w:rPr>
        <w:t>(форма по КНД 1150075)</w:t>
      </w:r>
    </w:p>
    <w:p/>
    <w:p>
      <w:r>
        <w:t>В соответствии с пунктом 2.1 статьи 408 Налогового кодекса Российской Федерации прошу прекратить исчисление налога на имущество физических лиц в связи с гибелью (уничтожением) объекта:</w:t>
      </w:r>
    </w:p>
    <w:p/>
    <w:p>
      <w:pPr>
        <w:pStyle w:val="ListNumber"/>
      </w:pPr>
      <w:r>
        <w:t>1. СВЕДЕНИЯ ОБ ОБЪЕКТЕ:</w:t>
      </w:r>
    </w:p>
    <w:p>
      <w:pPr>
        <w:pStyle w:val="ListBullet"/>
      </w:pPr>
      <w:r>
        <w:t>Вид объекта: Жилой дом</w:t>
      </w:r>
    </w:p>
    <w:p>
      <w:pPr>
        <w:pStyle w:val="ListBullet"/>
      </w:pPr>
      <w:r>
        <w:t>Кадастровый номер: 50:23:0012345:678</w:t>
      </w:r>
    </w:p>
    <w:p>
      <w:pPr>
        <w:pStyle w:val="ListBullet"/>
      </w:pPr>
      <w:r>
        <w:t>Адрес объекта: 140150, Московская обл., г.о. Раменский, д. Софьино, ул. Лесная, д. 12</w:t>
      </w:r>
    </w:p>
    <w:p/>
    <w:p>
      <w:pPr>
        <w:pStyle w:val="ListNumber"/>
      </w:pPr>
      <w:r>
        <w:t>2. СВЕДЕНИЯ О ГИБЕЛИ (УНИЧТОЖЕНИИ):</w:t>
      </w:r>
    </w:p>
    <w:p>
      <w:pPr>
        <w:pStyle w:val="ListBullet"/>
      </w:pPr>
      <w:r>
        <w:t>Дата гибели/уничтожения: 14.08.2024</w:t>
      </w:r>
    </w:p>
    <w:p>
      <w:pPr>
        <w:pStyle w:val="ListBullet"/>
      </w:pPr>
      <w:r>
        <w:t>Причина: пожар (полное уничтожение строения)</w:t>
      </w:r>
    </w:p>
    <w:p/>
    <w:p>
      <w:pPr>
        <w:pStyle w:val="ListNumber"/>
      </w:pPr>
      <w:r>
        <w:t>3. СВЕДЕНИЯ О ДОКУМЕНТЕ, ПОДТВЕРЖДАЮЩЕМ ФАКТ ГИБЕЛИ/УНИЧТОЖЕНИЯ:</w:t>
      </w:r>
    </w:p>
    <w:p>
      <w:pPr>
        <w:pStyle w:val="ListBullet"/>
      </w:pPr>
      <w:r>
        <w:t>Наименование документа: Справка о пожаре</w:t>
      </w:r>
    </w:p>
    <w:p>
      <w:pPr>
        <w:pStyle w:val="ListBullet"/>
      </w:pPr>
      <w:r>
        <w:t>Полное наименование органа, выдавшего документ: ОНД и ПР по Раменскому г.о. УНД и ПР ГУ МЧС России по Московской области</w:t>
      </w:r>
    </w:p>
    <w:p>
      <w:pPr>
        <w:pStyle w:val="ListBullet"/>
      </w:pPr>
      <w:r>
        <w:t>Дата выдачи: 16.08.2024</w:t>
      </w:r>
    </w:p>
    <w:p>
      <w:pPr>
        <w:pStyle w:val="ListBullet"/>
      </w:pPr>
      <w:r>
        <w:t>Номер документа: 234/08-2024</w:t>
      </w:r>
    </w:p>
    <w:p/>
    <w:p>
      <w:r>
        <w:rPr>
          <w:b/>
        </w:rPr>
        <w:t>Приложение: Копия справки о пожаре № 234/08-2024 от 16.08.2024 на 1 л.</w:t>
      </w:r>
    </w:p>
    <w:p/>
    <w:p>
      <w:pPr>
        <w:pStyle w:val="ListNumber"/>
      </w:pPr>
      <w:r>
        <w:t>4. РЕЗУЛЬТАТ РАССМОТРЕНИЯ ПРОШУ НАПРАВИТЬ:</w:t>
      </w:r>
    </w:p>
    <w:p>
      <w:r>
        <w:t>Выбрано: В Личный кабинет налогоплательщика</w:t>
      </w:r>
    </w:p>
    <w:p/>
    <w:p>
      <w:r>
        <w:t>Дата: «25» сентября 2024 г.</w:t>
      </w:r>
    </w:p>
    <w:p/>
    <w:p>
      <w:r>
        <w:t>Подпись: ___________ / Петров В.Н.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